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D3A67" w14:textId="77777777" w:rsidR="00E34F81" w:rsidRDefault="00000000">
      <w:pPr>
        <w:pStyle w:val="Heading1"/>
      </w:pPr>
      <w:r>
        <w:t>Resource List of Practitioners &amp; Services for Women</w:t>
      </w:r>
    </w:p>
    <w:p w14:paraId="51B64E5E" w14:textId="77777777" w:rsidR="00E34F81" w:rsidRDefault="00000000">
      <w:r>
        <w:t>A curated directory of female‑focused practitioners, coaches, and service providers.</w:t>
      </w:r>
    </w:p>
    <w:p w14:paraId="7A851629" w14:textId="20C67649" w:rsidR="00E143CF" w:rsidRDefault="00000000" w:rsidP="00E143CF">
      <w:pPr>
        <w:pStyle w:val="Heading2"/>
      </w:pPr>
      <w:r>
        <w:t>Ali Crocker</w:t>
      </w:r>
    </w:p>
    <w:p w14:paraId="5EB01289" w14:textId="77777777" w:rsidR="00E143CF" w:rsidRPr="00087EF5" w:rsidRDefault="00E143CF" w:rsidP="00E143CF">
      <w:pPr>
        <w:pStyle w:val="IntenseQuote"/>
        <w:jc w:val="center"/>
        <w:rPr>
          <w:lang w:val="en-GB"/>
        </w:rPr>
      </w:pPr>
      <w:r>
        <w:t xml:space="preserve">Specialist Pelvic Health Physiotherapist </w:t>
      </w:r>
      <w:r w:rsidRPr="00087EF5">
        <w:rPr>
          <w:lang w:val="en-GB"/>
        </w:rPr>
        <w:drawing>
          <wp:inline distT="0" distB="0" distL="0" distR="0" wp14:anchorId="7F6A695C" wp14:editId="3058FDC3">
            <wp:extent cx="1851660" cy="1851660"/>
            <wp:effectExtent l="0" t="0" r="0" b="0"/>
            <wp:docPr id="1167179482" name="Picture 9" descr="A person with blonde hair wearing a grey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41268" name="Picture 9" descr="A person with blonde hair wearing a grey su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047D" w14:textId="77777777" w:rsidR="00E143CF" w:rsidRDefault="00E143CF" w:rsidP="00E143CF">
      <w:pPr>
        <w:pStyle w:val="ListBullet"/>
        <w:numPr>
          <w:ilvl w:val="0"/>
          <w:numId w:val="0"/>
        </w:numPr>
      </w:pPr>
      <w:r>
        <w:t>20 years’ NHS &amp; private experience; MSc in Continence &amp; Uro‑</w:t>
      </w:r>
      <w:proofErr w:type="spellStart"/>
      <w:r>
        <w:t>Gynaecology</w:t>
      </w:r>
      <w:proofErr w:type="spellEnd"/>
      <w:r>
        <w:t>; treats incontinence, prolapse, pelvic pain and more.</w:t>
      </w:r>
    </w:p>
    <w:p w14:paraId="31ECE669" w14:textId="77777777" w:rsidR="00E143CF" w:rsidRDefault="00E143CF" w:rsidP="00E143CF">
      <w:pPr>
        <w:pStyle w:val="ListBullet"/>
        <w:numPr>
          <w:ilvl w:val="0"/>
          <w:numId w:val="0"/>
        </w:numPr>
      </w:pPr>
    </w:p>
    <w:p w14:paraId="68500A0E" w14:textId="77777777" w:rsidR="00E143CF" w:rsidRDefault="00E143CF" w:rsidP="00E143CF">
      <w:pPr>
        <w:pStyle w:val="ListBullet"/>
      </w:pPr>
      <w:r>
        <w:t>Contacts:</w:t>
      </w:r>
    </w:p>
    <w:p w14:paraId="619EB8F7" w14:textId="77777777" w:rsidR="00E143CF" w:rsidRDefault="00E143CF" w:rsidP="00E143CF">
      <w:pPr>
        <w:pStyle w:val="ListContinue"/>
      </w:pPr>
      <w:r>
        <w:t>Email: ali.crocker@nuffieldhealth.com</w:t>
      </w:r>
    </w:p>
    <w:p w14:paraId="59E95AE4" w14:textId="1692B3E2" w:rsidR="00E34F81" w:rsidRDefault="00E143CF">
      <w:pPr>
        <w:pStyle w:val="Heading2"/>
      </w:pPr>
      <w:r>
        <w:t>Amanda D.</w:t>
      </w:r>
    </w:p>
    <w:p w14:paraId="3EF59F37" w14:textId="77777777" w:rsidR="00E143CF" w:rsidRDefault="00E143CF" w:rsidP="00E143CF">
      <w:pPr>
        <w:pStyle w:val="IntenseQuote"/>
        <w:jc w:val="center"/>
        <w:rPr>
          <w:rFonts w:ascii="Arial" w:hAnsi="Arial" w:cs="Arial"/>
          <w:b w:val="0"/>
          <w:bCs w:val="0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  <w:r w:rsidRPr="00E143CF">
        <w:t>Trauma-Informed Holistic Wellbeing Practitioner, Founder of Liminal Connections</w:t>
      </w:r>
      <w:r w:rsidRPr="00E143CF">
        <w:rPr>
          <w:rFonts w:ascii="Arial" w:hAnsi="Arial" w:cs="Arial"/>
          <w:b w:val="0"/>
          <w:bCs w:val="0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14:paraId="57A5046B" w14:textId="61095B04" w:rsidR="00E143CF" w:rsidRPr="00E143CF" w:rsidRDefault="00E143CF" w:rsidP="00E143CF">
      <w:pPr>
        <w:pStyle w:val="IntenseQuote"/>
        <w:jc w:val="center"/>
        <w:rPr>
          <w:rFonts w:ascii="Arial" w:hAnsi="Arial" w:cs="Arial"/>
          <w:b w:val="0"/>
          <w:bCs w:val="0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3A8FAFA2" wp14:editId="37A0ADE5">
            <wp:extent cx="2034540" cy="3185160"/>
            <wp:effectExtent l="0" t="0" r="3810" b="0"/>
            <wp:docPr id="1659275562" name="Picture 17" descr="A person wearing a yellow shirt and neck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75562" name="Picture 17" descr="A person wearing a yellow shirt and neckl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194A9" w14:textId="4A53E681" w:rsidR="00087EF5" w:rsidRDefault="00E87E88" w:rsidP="00087EF5">
      <w:pPr>
        <w:pStyle w:val="ListBullet"/>
        <w:numPr>
          <w:ilvl w:val="0"/>
          <w:numId w:val="0"/>
        </w:numPr>
      </w:pPr>
      <w:r w:rsidRPr="00E87E88">
        <w:t>A</w:t>
      </w:r>
      <w:r w:rsidRPr="00E87E88">
        <w:t xml:space="preserve"> trauma-informed and highly experienced Holistic Wellbeing Practitioner, by her own lived experiences and those as a registered mental health nurse.</w:t>
      </w:r>
    </w:p>
    <w:p w14:paraId="21E747BF" w14:textId="77777777" w:rsidR="00E87E88" w:rsidRPr="00E87E88" w:rsidRDefault="00E87E88" w:rsidP="00087EF5">
      <w:pPr>
        <w:pStyle w:val="ListBullet"/>
        <w:numPr>
          <w:ilvl w:val="0"/>
          <w:numId w:val="0"/>
        </w:numPr>
      </w:pPr>
    </w:p>
    <w:p w14:paraId="7E28B103" w14:textId="77777777" w:rsidR="00E34F81" w:rsidRDefault="00000000">
      <w:pPr>
        <w:pStyle w:val="ListBullet"/>
      </w:pPr>
      <w:r>
        <w:t>Contacts:</w:t>
      </w:r>
    </w:p>
    <w:p w14:paraId="55003CBB" w14:textId="77777777" w:rsidR="00E87E88" w:rsidRDefault="00E87E88" w:rsidP="00E87E88">
      <w:pPr>
        <w:pStyle w:val="ListBullet"/>
        <w:numPr>
          <w:ilvl w:val="0"/>
          <w:numId w:val="0"/>
        </w:numPr>
        <w:ind w:left="360"/>
      </w:pPr>
      <w:r>
        <w:rPr>
          <w:shd w:val="clear" w:color="auto" w:fill="FFFFFF"/>
        </w:rPr>
        <w:t>Mobile/WhatsApp: 07848 197833</w:t>
      </w:r>
    </w:p>
    <w:p w14:paraId="0526C2B4" w14:textId="77777777" w:rsidR="00E87E88" w:rsidRDefault="00E87E88" w:rsidP="00E87E88">
      <w:pPr>
        <w:pStyle w:val="ListBullet"/>
        <w:numPr>
          <w:ilvl w:val="0"/>
          <w:numId w:val="0"/>
        </w:numPr>
        <w:ind w:left="360"/>
      </w:pPr>
      <w:r>
        <w:rPr>
          <w:color w:val="222222"/>
          <w:shd w:val="clear" w:color="auto" w:fill="FFFFFF"/>
        </w:rPr>
        <w:t xml:space="preserve">Email: </w:t>
      </w:r>
      <w:r>
        <w:rPr>
          <w:shd w:val="clear" w:color="auto" w:fill="FFFFFF"/>
        </w:rPr>
        <w:t>hello@liminalconnections.co.uk</w:t>
      </w:r>
    </w:p>
    <w:p w14:paraId="3B083507" w14:textId="77777777" w:rsidR="00E87E88" w:rsidRPr="00E87E88" w:rsidRDefault="00E87E88" w:rsidP="00E87E88">
      <w:pPr>
        <w:pStyle w:val="ListBullet"/>
        <w:numPr>
          <w:ilvl w:val="0"/>
          <w:numId w:val="0"/>
        </w:numPr>
        <w:ind w:left="360"/>
      </w:pPr>
      <w:r w:rsidRPr="00E87E88">
        <w:rPr>
          <w:rFonts w:cs="Arial"/>
          <w:color w:val="222222"/>
          <w:shd w:val="clear" w:color="auto" w:fill="FFFFFF"/>
        </w:rPr>
        <w:t xml:space="preserve">Website: </w:t>
      </w:r>
      <w:hyperlink r:id="rId8" w:history="1">
        <w:r w:rsidRPr="00E87E88">
          <w:rPr>
            <w:rStyle w:val="Hyperlink"/>
            <w:rFonts w:cs="Arial"/>
            <w:color w:val="1155CC"/>
            <w:shd w:val="clear" w:color="auto" w:fill="FFFFFF"/>
          </w:rPr>
          <w:t>www.liminalconnetions.co.uk</w:t>
        </w:r>
      </w:hyperlink>
      <w:r w:rsidRPr="00E87E88">
        <w:rPr>
          <w:rFonts w:cs="Arial"/>
          <w:color w:val="222222"/>
          <w:shd w:val="clear" w:color="auto" w:fill="FFFFFF"/>
        </w:rPr>
        <w:t> </w:t>
      </w:r>
    </w:p>
    <w:p w14:paraId="44E72BE1" w14:textId="77777777" w:rsidR="00E87E88" w:rsidRPr="00E87E88" w:rsidRDefault="00E87E88" w:rsidP="00E87E88">
      <w:pPr>
        <w:pStyle w:val="ListBullet"/>
        <w:numPr>
          <w:ilvl w:val="0"/>
          <w:numId w:val="0"/>
        </w:numPr>
        <w:ind w:left="360"/>
      </w:pPr>
      <w:r w:rsidRPr="00E87E88">
        <w:rPr>
          <w:rFonts w:cs="Arial"/>
          <w:color w:val="222222"/>
          <w:shd w:val="clear" w:color="auto" w:fill="FFFFFF"/>
        </w:rPr>
        <w:t xml:space="preserve">Facebook: </w:t>
      </w:r>
      <w:hyperlink r:id="rId9" w:history="1">
        <w:r w:rsidRPr="00E87E88">
          <w:rPr>
            <w:rStyle w:val="Hyperlink"/>
            <w:rFonts w:cs="Arial"/>
            <w:color w:val="1155CC"/>
            <w:shd w:val="clear" w:color="auto" w:fill="FFFFFF"/>
          </w:rPr>
          <w:t>https://www.facebook.com/liminalconnections/</w:t>
        </w:r>
      </w:hyperlink>
    </w:p>
    <w:p w14:paraId="738B2483" w14:textId="77777777" w:rsidR="00E87E88" w:rsidRPr="00E87E88" w:rsidRDefault="00E87E88" w:rsidP="00E87E88">
      <w:pPr>
        <w:pStyle w:val="ListBullet"/>
        <w:numPr>
          <w:ilvl w:val="0"/>
          <w:numId w:val="0"/>
        </w:numPr>
        <w:ind w:left="360"/>
      </w:pPr>
      <w:r w:rsidRPr="00E87E88">
        <w:rPr>
          <w:rFonts w:cs="Arial"/>
          <w:color w:val="222222"/>
          <w:shd w:val="clear" w:color="auto" w:fill="FFFFFF"/>
        </w:rPr>
        <w:t xml:space="preserve">Instagram: </w:t>
      </w:r>
      <w:hyperlink r:id="rId10" w:history="1">
        <w:r w:rsidRPr="00E87E88">
          <w:rPr>
            <w:rStyle w:val="Hyperlink"/>
            <w:rFonts w:cs="Arial"/>
            <w:color w:val="1155CC"/>
            <w:shd w:val="clear" w:color="auto" w:fill="FFFFFF"/>
          </w:rPr>
          <w:t>https://www.instagram.com/liminalconnectionsuk/</w:t>
        </w:r>
      </w:hyperlink>
    </w:p>
    <w:p w14:paraId="3C04A442" w14:textId="77777777" w:rsidR="00E87E88" w:rsidRPr="00E87E88" w:rsidRDefault="00E87E88" w:rsidP="00E87E88">
      <w:pPr>
        <w:pStyle w:val="ListBullet"/>
        <w:numPr>
          <w:ilvl w:val="0"/>
          <w:numId w:val="0"/>
        </w:numPr>
        <w:ind w:left="360"/>
      </w:pPr>
      <w:r w:rsidRPr="00E87E88">
        <w:rPr>
          <w:rFonts w:cs="Arial"/>
          <w:color w:val="222222"/>
          <w:shd w:val="clear" w:color="auto" w:fill="FFFFFF"/>
        </w:rPr>
        <w:t xml:space="preserve">LinkedIn: </w:t>
      </w:r>
      <w:hyperlink r:id="rId11" w:history="1">
        <w:r w:rsidRPr="00E87E88">
          <w:rPr>
            <w:rStyle w:val="Hyperlink"/>
            <w:color w:val="1155CC"/>
            <w:sz w:val="21"/>
            <w:szCs w:val="21"/>
            <w:shd w:val="clear" w:color="auto" w:fill="FFFFFF"/>
          </w:rPr>
          <w:t>www.linkedin.com/in/LiminalAmandaD</w:t>
        </w:r>
      </w:hyperlink>
      <w:r w:rsidRPr="00E87E88">
        <w:rPr>
          <w:color w:val="222222"/>
          <w:sz w:val="21"/>
          <w:szCs w:val="21"/>
          <w:shd w:val="clear" w:color="auto" w:fill="FFFFFF"/>
        </w:rPr>
        <w:t> </w:t>
      </w:r>
    </w:p>
    <w:p w14:paraId="7A1BAA1C" w14:textId="4C7E5BBB" w:rsidR="00E34F81" w:rsidRDefault="00E34F81">
      <w:pPr>
        <w:pStyle w:val="ListContinue"/>
      </w:pPr>
    </w:p>
    <w:p w14:paraId="20235712" w14:textId="77777777" w:rsidR="00E34F81" w:rsidRDefault="00000000">
      <w:pPr>
        <w:pStyle w:val="Heading2"/>
      </w:pPr>
      <w:r>
        <w:t>Amber Silverman</w:t>
      </w:r>
    </w:p>
    <w:p w14:paraId="06D022D0" w14:textId="77777777" w:rsidR="00E34F81" w:rsidRDefault="00000000">
      <w:pPr>
        <w:pStyle w:val="IntenseQuote"/>
      </w:pPr>
      <w:r>
        <w:t>Nutritional Therapist – Nutrition For Health</w:t>
      </w:r>
    </w:p>
    <w:p w14:paraId="6AA7C433" w14:textId="77777777" w:rsidR="00E143CF" w:rsidRDefault="00E143CF" w:rsidP="00E143CF">
      <w:pPr>
        <w:pStyle w:val="ListBullet"/>
        <w:numPr>
          <w:ilvl w:val="0"/>
          <w:numId w:val="0"/>
        </w:numPr>
      </w:pPr>
      <w:r>
        <w:t>Supports clients with long‑term, judgment‑free nutrition programmes and a recipe app for simple, healthy meals.</w:t>
      </w:r>
    </w:p>
    <w:p w14:paraId="2C4F05A2" w14:textId="77777777" w:rsidR="00E143CF" w:rsidRDefault="00E143CF" w:rsidP="00E143CF">
      <w:pPr>
        <w:pStyle w:val="ListBullet"/>
        <w:numPr>
          <w:ilvl w:val="0"/>
          <w:numId w:val="0"/>
        </w:numPr>
      </w:pPr>
    </w:p>
    <w:p w14:paraId="79D42DCC" w14:textId="77777777" w:rsidR="00E34F81" w:rsidRDefault="00000000">
      <w:pPr>
        <w:pStyle w:val="ListBullet"/>
      </w:pPr>
      <w:r>
        <w:t>Contacts:</w:t>
      </w:r>
    </w:p>
    <w:p w14:paraId="5BEDD9B4" w14:textId="77777777" w:rsidR="00E34F81" w:rsidRDefault="00000000">
      <w:pPr>
        <w:pStyle w:val="ListContinue"/>
      </w:pPr>
      <w:r>
        <w:t>Email: amber@nutrition-for-health.org</w:t>
      </w:r>
    </w:p>
    <w:p w14:paraId="4EC5AC20" w14:textId="77777777" w:rsidR="00E34F81" w:rsidRDefault="00000000">
      <w:pPr>
        <w:pStyle w:val="ListContinue"/>
      </w:pPr>
      <w:r>
        <w:t>Website: nutrition-for-health.org</w:t>
      </w:r>
    </w:p>
    <w:p w14:paraId="10692A62" w14:textId="77777777" w:rsidR="00E34F81" w:rsidRDefault="00000000">
      <w:pPr>
        <w:pStyle w:val="ListContinue"/>
      </w:pPr>
      <w:r>
        <w:t>Instagram: @amber.nutritionforhealth</w:t>
      </w:r>
    </w:p>
    <w:p w14:paraId="6398E74B" w14:textId="77777777" w:rsidR="00E34F81" w:rsidRDefault="00000000">
      <w:pPr>
        <w:pStyle w:val="Heading2"/>
      </w:pPr>
      <w:r>
        <w:t>Anna Glowacka (she/her)</w:t>
      </w:r>
    </w:p>
    <w:p w14:paraId="7BEE230D" w14:textId="77777777" w:rsidR="00E34F81" w:rsidRDefault="00000000">
      <w:pPr>
        <w:pStyle w:val="IntenseQuote"/>
      </w:pPr>
      <w:r>
        <w:t>Women’s Health Advocate, Founder – Moon Women’s Health</w:t>
      </w:r>
    </w:p>
    <w:p w14:paraId="79C39EC2" w14:textId="77777777" w:rsidR="00E34F81" w:rsidRDefault="00000000">
      <w:pPr>
        <w:pStyle w:val="ListBullet"/>
      </w:pPr>
      <w:r>
        <w:t>Contacts:</w:t>
      </w:r>
    </w:p>
    <w:p w14:paraId="60AE6E30" w14:textId="77777777" w:rsidR="00E34F81" w:rsidRDefault="00000000">
      <w:pPr>
        <w:pStyle w:val="ListContinue"/>
      </w:pPr>
      <w:r>
        <w:t>Email: anna@mwhealth.co.uk</w:t>
      </w:r>
    </w:p>
    <w:p w14:paraId="1EC60F11" w14:textId="77777777" w:rsidR="00E34F81" w:rsidRDefault="00000000">
      <w:pPr>
        <w:pStyle w:val="ListContinue"/>
      </w:pPr>
      <w:r>
        <w:t>Website: www.mwhealth.co.uk</w:t>
      </w:r>
    </w:p>
    <w:p w14:paraId="2F3CBAAC" w14:textId="77777777" w:rsidR="00E34F81" w:rsidRDefault="00000000">
      <w:pPr>
        <w:pStyle w:val="ListContinue"/>
      </w:pPr>
      <w:r>
        <w:t>Instagram: instagram.com/moon_womens_health</w:t>
      </w:r>
    </w:p>
    <w:p w14:paraId="47D21480" w14:textId="77777777" w:rsidR="00E34F81" w:rsidRDefault="00000000">
      <w:pPr>
        <w:pStyle w:val="ListContinue"/>
      </w:pPr>
      <w:r>
        <w:t>Facebook: facebook.com/MoonThreeAgeWomensHealth</w:t>
      </w:r>
    </w:p>
    <w:p w14:paraId="61695F4B" w14:textId="77777777" w:rsidR="00E34F81" w:rsidRDefault="00000000">
      <w:r>
        <w:t>Massage therapist since 2009 and founder of Moon Women’s Health in North London. Anna supports girls and women across the life‑cycle, inspired by her own birth experiences.</w:t>
      </w:r>
    </w:p>
    <w:p w14:paraId="2279B68F" w14:textId="77777777" w:rsidR="00E34F81" w:rsidRDefault="00000000">
      <w:pPr>
        <w:pStyle w:val="Heading2"/>
      </w:pPr>
      <w:r>
        <w:t>Chantal Naqvi</w:t>
      </w:r>
    </w:p>
    <w:p w14:paraId="325D5E85" w14:textId="77777777" w:rsidR="00E34F81" w:rsidRDefault="00000000">
      <w:pPr>
        <w:pStyle w:val="IntenseQuote"/>
      </w:pPr>
      <w:r>
        <w:t>Psychotherapist</w:t>
      </w:r>
    </w:p>
    <w:p w14:paraId="42FFF499" w14:textId="77777777" w:rsidR="00E34F81" w:rsidRDefault="00000000">
      <w:pPr>
        <w:pStyle w:val="ListBullet"/>
      </w:pPr>
      <w:r>
        <w:t>Contacts:</w:t>
      </w:r>
    </w:p>
    <w:p w14:paraId="70577B14" w14:textId="77777777" w:rsidR="00E34F81" w:rsidRDefault="00000000">
      <w:pPr>
        <w:pStyle w:val="ListContinue"/>
      </w:pPr>
      <w:r>
        <w:t>Email: therapywithchantal@gmail.com</w:t>
      </w:r>
    </w:p>
    <w:p w14:paraId="6719A4E0" w14:textId="77777777" w:rsidR="00E34F81" w:rsidRDefault="00000000">
      <w:pPr>
        <w:pStyle w:val="ListContinue"/>
      </w:pPr>
      <w:r>
        <w:t>Website: therapywithchantal.com</w:t>
      </w:r>
    </w:p>
    <w:p w14:paraId="5DD713E5" w14:textId="77777777" w:rsidR="00E34F81" w:rsidRDefault="00000000">
      <w:r>
        <w:t>Provides integrative therapy in a safe, inclusive space.</w:t>
      </w:r>
    </w:p>
    <w:p w14:paraId="06B91173" w14:textId="04DF2075" w:rsidR="00DB633D" w:rsidRPr="00DB633D" w:rsidRDefault="00000000" w:rsidP="00DB633D">
      <w:pPr>
        <w:pStyle w:val="Heading2"/>
      </w:pPr>
      <w:r>
        <w:t>Christine B.</w:t>
      </w:r>
    </w:p>
    <w:p w14:paraId="1F01B3E2" w14:textId="77777777" w:rsidR="00E34F81" w:rsidRDefault="00000000">
      <w:pPr>
        <w:pStyle w:val="IntenseQuote"/>
      </w:pPr>
      <w:r>
        <w:t>Founder – Magical Baby Moments (Hypnobirthing)</w:t>
      </w:r>
    </w:p>
    <w:p w14:paraId="04B5DBF1" w14:textId="77777777" w:rsidR="00DB633D" w:rsidRDefault="00DB633D" w:rsidP="00DB633D">
      <w:pPr>
        <w:pStyle w:val="ListBullet"/>
        <w:numPr>
          <w:ilvl w:val="0"/>
          <w:numId w:val="0"/>
        </w:numPr>
        <w:ind w:left="360" w:hanging="360"/>
      </w:pPr>
      <w:r>
        <w:t>Offers antenatal hypnobirthing classes inspired by her own positive birth experiences.</w:t>
      </w:r>
    </w:p>
    <w:p w14:paraId="1F5EA7A4" w14:textId="77777777" w:rsidR="00E34F81" w:rsidRDefault="00000000">
      <w:pPr>
        <w:pStyle w:val="ListBullet"/>
      </w:pPr>
      <w:r>
        <w:t>Contacts:</w:t>
      </w:r>
    </w:p>
    <w:p w14:paraId="0D51FD72" w14:textId="77777777" w:rsidR="00E34F81" w:rsidRDefault="00000000">
      <w:pPr>
        <w:pStyle w:val="ListContinue"/>
      </w:pPr>
      <w:r>
        <w:t>Email: hello@perfectlayout.co.uk</w:t>
      </w:r>
    </w:p>
    <w:p w14:paraId="1D74C11A" w14:textId="77777777" w:rsidR="00E34F81" w:rsidRDefault="00000000">
      <w:pPr>
        <w:pStyle w:val="ListContinue"/>
      </w:pPr>
      <w:r>
        <w:t>Website: magicalbabymoments.com</w:t>
      </w:r>
    </w:p>
    <w:p w14:paraId="3CBB84B2" w14:textId="77777777" w:rsidR="00E34F81" w:rsidRDefault="00000000">
      <w:pPr>
        <w:pStyle w:val="Heading2"/>
      </w:pPr>
      <w:r>
        <w:t>Chris Ward RN (MH)</w:t>
      </w:r>
    </w:p>
    <w:p w14:paraId="00DE6E38" w14:textId="74E20BD2" w:rsidR="00E34F81" w:rsidRDefault="00000000" w:rsidP="00E143CF">
      <w:pPr>
        <w:pStyle w:val="IntenseQuote"/>
        <w:jc w:val="center"/>
      </w:pPr>
      <w:r>
        <w:t>Solution Focused Therapist &amp; Coach</w:t>
      </w:r>
      <w:r w:rsidR="00E143CF" w:rsidRPr="00E143CF">
        <w:rPr>
          <w:rFonts w:ascii="Arial" w:hAnsi="Arial" w:cs="Arial"/>
          <w:b w:val="0"/>
          <w:bCs w:val="0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E143CF"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2110870D" wp14:editId="4F9F4CC1">
            <wp:extent cx="2133600" cy="1775460"/>
            <wp:effectExtent l="0" t="0" r="0" b="0"/>
            <wp:docPr id="1962945453" name="Picture 15" descr="A person wearing glasses and a floral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45453" name="Picture 15" descr="A person wearing glasses and a floral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F4677" w14:textId="77777777" w:rsidR="00E143CF" w:rsidRDefault="00E143CF" w:rsidP="00E143CF">
      <w:pPr>
        <w:pStyle w:val="ListBullet"/>
        <w:numPr>
          <w:ilvl w:val="0"/>
          <w:numId w:val="0"/>
        </w:numPr>
      </w:pPr>
      <w:r>
        <w:t>UKASFP‑accredited practitioner helping neurodivergent and creative clients find happiness and success through solution‑focused therapy.</w:t>
      </w:r>
    </w:p>
    <w:p w14:paraId="122F1903" w14:textId="77777777" w:rsidR="00E143CF" w:rsidRDefault="00E143CF" w:rsidP="00E143CF">
      <w:pPr>
        <w:pStyle w:val="ListBullet"/>
        <w:numPr>
          <w:ilvl w:val="0"/>
          <w:numId w:val="0"/>
        </w:numPr>
      </w:pPr>
    </w:p>
    <w:p w14:paraId="70370DBE" w14:textId="77777777" w:rsidR="00E34F81" w:rsidRDefault="00000000">
      <w:pPr>
        <w:pStyle w:val="ListBullet"/>
      </w:pPr>
      <w:r>
        <w:t>Contacts:</w:t>
      </w:r>
    </w:p>
    <w:p w14:paraId="0B172318" w14:textId="77777777" w:rsidR="00E34F81" w:rsidRDefault="00000000">
      <w:pPr>
        <w:pStyle w:val="ListContinue"/>
      </w:pPr>
      <w:r>
        <w:t>Email: hello@chrisward.life</w:t>
      </w:r>
    </w:p>
    <w:p w14:paraId="75175AD3" w14:textId="77777777" w:rsidR="00E34F81" w:rsidRDefault="00000000">
      <w:pPr>
        <w:pStyle w:val="ListContinue"/>
      </w:pPr>
      <w:r>
        <w:t>Mobile: +44 7747 497 751</w:t>
      </w:r>
    </w:p>
    <w:p w14:paraId="295443A7" w14:textId="77777777" w:rsidR="00E143CF" w:rsidRPr="00E143CF" w:rsidRDefault="00E143CF" w:rsidP="00E143CF">
      <w:pPr>
        <w:pStyle w:val="ListContinue"/>
        <w:rPr>
          <w:lang w:val="en-GB"/>
        </w:rPr>
      </w:pPr>
      <w:r w:rsidRPr="00E143CF">
        <w:rPr>
          <w:lang w:val="en-GB"/>
        </w:rPr>
        <w:t xml:space="preserve">Instagram: </w:t>
      </w:r>
      <w:hyperlink r:id="rId13" w:history="1">
        <w:r w:rsidRPr="00E143CF">
          <w:rPr>
            <w:rStyle w:val="Hyperlink"/>
            <w:lang w:val="en-GB"/>
          </w:rPr>
          <w:t>@chrisward_sfs</w:t>
        </w:r>
      </w:hyperlink>
    </w:p>
    <w:p w14:paraId="20B4332A" w14:textId="77777777" w:rsidR="00E143CF" w:rsidRPr="00E143CF" w:rsidRDefault="00E143CF" w:rsidP="00E143CF">
      <w:pPr>
        <w:pStyle w:val="ListContinue"/>
        <w:rPr>
          <w:lang w:val="en-GB"/>
        </w:rPr>
      </w:pPr>
      <w:r w:rsidRPr="00E143CF">
        <w:rPr>
          <w:lang w:val="en-GB"/>
        </w:rPr>
        <w:t xml:space="preserve">YouTube: </w:t>
      </w:r>
      <w:hyperlink r:id="rId14" w:history="1">
        <w:r w:rsidRPr="00E143CF">
          <w:rPr>
            <w:rStyle w:val="Hyperlink"/>
            <w:lang w:val="en-GB"/>
          </w:rPr>
          <w:t>@chrisward_sfs</w:t>
        </w:r>
      </w:hyperlink>
    </w:p>
    <w:p w14:paraId="3C1B8F66" w14:textId="77777777" w:rsidR="00E143CF" w:rsidRPr="00E143CF" w:rsidRDefault="00E143CF" w:rsidP="00E143CF">
      <w:pPr>
        <w:pStyle w:val="ListContinue"/>
        <w:rPr>
          <w:lang w:val="en-GB"/>
        </w:rPr>
      </w:pPr>
      <w:r w:rsidRPr="00E143CF">
        <w:rPr>
          <w:lang w:val="en-GB"/>
        </w:rPr>
        <w:t xml:space="preserve">Facebook: </w:t>
      </w:r>
      <w:hyperlink r:id="rId15" w:history="1">
        <w:r w:rsidRPr="00E143CF">
          <w:rPr>
            <w:rStyle w:val="Hyperlink"/>
            <w:lang w:val="en-GB"/>
          </w:rPr>
          <w:t>Chris Ward Solution Focused Services</w:t>
        </w:r>
      </w:hyperlink>
    </w:p>
    <w:p w14:paraId="08591E4A" w14:textId="77777777" w:rsidR="00E143CF" w:rsidRPr="00E143CF" w:rsidRDefault="00E143CF" w:rsidP="00E143CF">
      <w:pPr>
        <w:pStyle w:val="ListContinue"/>
        <w:rPr>
          <w:lang w:val="en-GB"/>
        </w:rPr>
      </w:pPr>
      <w:r w:rsidRPr="00E143CF">
        <w:rPr>
          <w:lang w:val="en-GB"/>
        </w:rPr>
        <w:t xml:space="preserve">LinkedIn: </w:t>
      </w:r>
      <w:hyperlink r:id="rId16" w:history="1">
        <w:r w:rsidRPr="00E143CF">
          <w:rPr>
            <w:rStyle w:val="Hyperlink"/>
            <w:lang w:val="en-GB"/>
          </w:rPr>
          <w:t>Chris Ward</w:t>
        </w:r>
      </w:hyperlink>
    </w:p>
    <w:p w14:paraId="5DEBB561" w14:textId="77777777" w:rsidR="00E143CF" w:rsidRPr="00E143CF" w:rsidRDefault="00E143CF" w:rsidP="00E143CF">
      <w:pPr>
        <w:pStyle w:val="ListContinue"/>
        <w:rPr>
          <w:lang w:val="en-GB"/>
        </w:rPr>
      </w:pPr>
      <w:r w:rsidRPr="00E143CF">
        <w:rPr>
          <w:lang w:val="en-GB"/>
        </w:rPr>
        <w:t xml:space="preserve">Website (more information and booking): </w:t>
      </w:r>
      <w:hyperlink r:id="rId17" w:history="1">
        <w:r w:rsidRPr="00E143CF">
          <w:rPr>
            <w:rStyle w:val="Hyperlink"/>
            <w:lang w:val="en-GB"/>
          </w:rPr>
          <w:t>https://chrisward.life/</w:t>
        </w:r>
      </w:hyperlink>
    </w:p>
    <w:p w14:paraId="369A226E" w14:textId="77777777" w:rsidR="00E143CF" w:rsidRPr="00E143CF" w:rsidRDefault="00E143CF" w:rsidP="00E143CF">
      <w:pPr>
        <w:pStyle w:val="ListContinue"/>
        <w:rPr>
          <w:lang w:val="en-GB"/>
        </w:rPr>
      </w:pPr>
      <w:r w:rsidRPr="00E143CF">
        <w:rPr>
          <w:lang w:val="en-GB"/>
        </w:rPr>
        <w:t xml:space="preserve">Blog: </w:t>
      </w:r>
      <w:hyperlink r:id="rId18" w:history="1">
        <w:r w:rsidRPr="00E143CF">
          <w:rPr>
            <w:rStyle w:val="Hyperlink"/>
            <w:lang w:val="en-GB"/>
          </w:rPr>
          <w:t>https://keepcalmandsolutionfocused.com/</w:t>
        </w:r>
      </w:hyperlink>
    </w:p>
    <w:p w14:paraId="158CE065" w14:textId="5227A7C8" w:rsidR="00E143CF" w:rsidRPr="00E143CF" w:rsidRDefault="00E143CF" w:rsidP="00E143CF">
      <w:pPr>
        <w:pStyle w:val="ListContinue"/>
      </w:pPr>
      <w:r w:rsidRPr="00E143CF">
        <w:rPr>
          <w:lang w:val="en-GB"/>
        </w:rPr>
        <w:t xml:space="preserve">United Kingdom for Solution Focused Practice (UKASFP): </w:t>
      </w:r>
      <w:hyperlink r:id="rId19" w:history="1">
        <w:r w:rsidRPr="00E143CF">
          <w:rPr>
            <w:rStyle w:val="Hyperlink"/>
            <w:lang w:val="en-GB"/>
          </w:rPr>
          <w:t>https://ukasfp.site-ym.com/</w:t>
        </w:r>
      </w:hyperlink>
    </w:p>
    <w:p w14:paraId="01DC98E0" w14:textId="05F3CB68" w:rsidR="00915374" w:rsidRDefault="00000000" w:rsidP="00915374">
      <w:pPr>
        <w:pStyle w:val="Heading2"/>
      </w:pPr>
      <w:r>
        <w:t>Dr Claire Phipps MBBS (BSc) MRCGP</w:t>
      </w:r>
    </w:p>
    <w:p w14:paraId="06E17729" w14:textId="77777777" w:rsidR="00915374" w:rsidRPr="00DB633D" w:rsidRDefault="00915374" w:rsidP="00915374">
      <w:pPr>
        <w:pStyle w:val="IntenseQuote"/>
        <w:jc w:val="center"/>
        <w:rPr>
          <w:lang w:val="en-GB"/>
        </w:rPr>
      </w:pPr>
      <w:r>
        <w:t xml:space="preserve">GP &amp; BMS‑Accredited Menopause Specialist </w:t>
      </w:r>
      <w:r w:rsidRPr="00DB633D">
        <w:rPr>
          <w:lang w:val="en-GB"/>
        </w:rPr>
        <w:drawing>
          <wp:inline distT="0" distB="0" distL="0" distR="0" wp14:anchorId="05A434F9" wp14:editId="0790E756">
            <wp:extent cx="1729740" cy="1729740"/>
            <wp:effectExtent l="0" t="0" r="3810" b="3810"/>
            <wp:docPr id="485199822" name="Picture 4" descr="A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89693" name="Picture 4" descr="A perso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512B4" w14:textId="77777777" w:rsidR="00915374" w:rsidRDefault="00915374" w:rsidP="00915374">
      <w:pPr>
        <w:pStyle w:val="ListBullet"/>
        <w:numPr>
          <w:ilvl w:val="0"/>
          <w:numId w:val="0"/>
        </w:numPr>
      </w:pPr>
      <w:r>
        <w:t xml:space="preserve">Provides holistic, </w:t>
      </w:r>
      <w:proofErr w:type="spellStart"/>
      <w:r>
        <w:t>individualised</w:t>
      </w:r>
      <w:proofErr w:type="spellEnd"/>
      <w:r>
        <w:t xml:space="preserve"> perimenopause and menopause care, </w:t>
      </w:r>
      <w:proofErr w:type="spellStart"/>
      <w:r>
        <w:t>specialising</w:t>
      </w:r>
      <w:proofErr w:type="spellEnd"/>
      <w:r>
        <w:t xml:space="preserve"> in complex cases.</w:t>
      </w:r>
    </w:p>
    <w:p w14:paraId="61CB2D57" w14:textId="77777777" w:rsidR="00915374" w:rsidRDefault="00915374" w:rsidP="00915374">
      <w:pPr>
        <w:pStyle w:val="ListBullet"/>
        <w:numPr>
          <w:ilvl w:val="0"/>
          <w:numId w:val="0"/>
        </w:numPr>
      </w:pPr>
    </w:p>
    <w:p w14:paraId="4A9748C5" w14:textId="77777777" w:rsidR="00915374" w:rsidRDefault="00915374" w:rsidP="00915374">
      <w:pPr>
        <w:pStyle w:val="ListBullet"/>
      </w:pPr>
      <w:r>
        <w:t>Contacts:</w:t>
      </w:r>
    </w:p>
    <w:p w14:paraId="28CF8DC7" w14:textId="77777777" w:rsidR="00915374" w:rsidRDefault="00915374" w:rsidP="00915374">
      <w:pPr>
        <w:pStyle w:val="ListContinue"/>
      </w:pPr>
      <w:r>
        <w:t>Email: cvphipps@googlemail.com</w:t>
      </w:r>
    </w:p>
    <w:p w14:paraId="3D7EC776" w14:textId="77777777" w:rsidR="00915374" w:rsidRDefault="00915374" w:rsidP="00915374">
      <w:pPr>
        <w:pStyle w:val="ListContinue"/>
      </w:pPr>
      <w:r>
        <w:t>Website: themenopausesisters.com</w:t>
      </w:r>
    </w:p>
    <w:p w14:paraId="43B6CE3D" w14:textId="77777777" w:rsidR="00915374" w:rsidRDefault="00915374" w:rsidP="00915374">
      <w:pPr>
        <w:pStyle w:val="ListContinue"/>
      </w:pPr>
      <w:r>
        <w:t>Instagram: @themenopausegp</w:t>
      </w:r>
    </w:p>
    <w:p w14:paraId="6AD5A7CA" w14:textId="5C7A5BA9" w:rsidR="00E34F81" w:rsidRDefault="00915374">
      <w:pPr>
        <w:pStyle w:val="Heading2"/>
      </w:pPr>
      <w:r>
        <w:t>Daven Lee</w:t>
      </w:r>
    </w:p>
    <w:p w14:paraId="0361F871" w14:textId="77777777" w:rsidR="00915374" w:rsidRDefault="00915374" w:rsidP="00DB633D">
      <w:pPr>
        <w:pStyle w:val="IntenseQuote"/>
        <w:jc w:val="center"/>
      </w:pPr>
      <w:r w:rsidRPr="00915374">
        <w:t>Founder, “The Power of the Yin”</w:t>
      </w:r>
    </w:p>
    <w:p w14:paraId="2192F336" w14:textId="5145F201" w:rsidR="00E34F81" w:rsidRPr="00DB633D" w:rsidRDefault="00915374" w:rsidP="00DB633D">
      <w:pPr>
        <w:pStyle w:val="IntenseQuote"/>
        <w:jc w:val="center"/>
        <w:rPr>
          <w:lang w:val="en-GB"/>
        </w:rPr>
      </w:pPr>
      <w:r>
        <w:rPr>
          <w:lang w:val="en-GB"/>
        </w:rPr>
        <w:t xml:space="preserve"> </w:t>
      </w:r>
      <w:r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688B8D7A" wp14:editId="7DE098E7">
            <wp:extent cx="1836420" cy="1219200"/>
            <wp:effectExtent l="0" t="0" r="0" b="0"/>
            <wp:docPr id="1463000254" name="Picture 13" descr="A person in a blu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00254" name="Picture 13" descr="A person in a blue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A5D0" w14:textId="5B122218" w:rsidR="00DB633D" w:rsidRDefault="00915374" w:rsidP="00DB633D">
      <w:pPr>
        <w:pStyle w:val="ListBullet"/>
        <w:numPr>
          <w:ilvl w:val="0"/>
          <w:numId w:val="0"/>
        </w:numPr>
      </w:pPr>
      <w:r w:rsidRPr="00915374">
        <w:t xml:space="preserve">Yin-leadership guide, “gentle” sex &amp; intimacy coach, and integrative craniosacral therapist. Creator of the </w:t>
      </w:r>
      <w:r w:rsidRPr="00915374">
        <w:rPr>
          <w:i/>
          <w:iCs/>
        </w:rPr>
        <w:t>Power of the Yin</w:t>
      </w:r>
      <w:r w:rsidRPr="00915374">
        <w:t xml:space="preserve"> Oracle Deck, Daven leads 1-to-1 “Hello Sexual Soul” journeys and retreats that help women (and couples) reconnect to embodied feminine power and authentic sexuality.</w:t>
      </w:r>
    </w:p>
    <w:p w14:paraId="5F50D1A6" w14:textId="77777777" w:rsidR="00915374" w:rsidRDefault="00915374" w:rsidP="00DB633D">
      <w:pPr>
        <w:pStyle w:val="ListBullet"/>
        <w:numPr>
          <w:ilvl w:val="0"/>
          <w:numId w:val="0"/>
        </w:numPr>
      </w:pPr>
    </w:p>
    <w:p w14:paraId="1D8917CA" w14:textId="77777777" w:rsidR="00E34F81" w:rsidRDefault="00000000">
      <w:pPr>
        <w:pStyle w:val="ListBullet"/>
      </w:pPr>
      <w:r>
        <w:t>Contacts:</w:t>
      </w:r>
    </w:p>
    <w:p w14:paraId="51F59D47" w14:textId="77777777" w:rsidR="00915374" w:rsidRPr="00915374" w:rsidRDefault="00915374" w:rsidP="00915374">
      <w:pPr>
        <w:pStyle w:val="ListBullet"/>
        <w:numPr>
          <w:ilvl w:val="0"/>
          <w:numId w:val="0"/>
        </w:numPr>
        <w:ind w:left="360"/>
        <w:rPr>
          <w:rFonts w:ascii="Times New Roman" w:hAnsi="Times New Roman" w:cs="Times New Roman"/>
          <w:sz w:val="24"/>
          <w:szCs w:val="24"/>
          <w:lang w:val="en-GB" w:eastAsia="en-GB"/>
        </w:rPr>
      </w:pPr>
      <w:r w:rsidRPr="00915374">
        <w:rPr>
          <w:shd w:val="clear" w:color="auto" w:fill="FFFFFF"/>
          <w:lang w:val="en-GB" w:eastAsia="en-GB"/>
        </w:rPr>
        <w:t>poweroftheyin@gmail.com</w:t>
      </w:r>
    </w:p>
    <w:p w14:paraId="569F9791" w14:textId="5D78CE04" w:rsidR="00915374" w:rsidRPr="00915374" w:rsidRDefault="00915374" w:rsidP="00915374">
      <w:pPr>
        <w:pStyle w:val="ListBullet"/>
        <w:numPr>
          <w:ilvl w:val="0"/>
          <w:numId w:val="0"/>
        </w:numPr>
        <w:ind w:left="360"/>
        <w:rPr>
          <w:rFonts w:ascii="Times New Roman" w:hAnsi="Times New Roman" w:cs="Times New Roman"/>
          <w:sz w:val="24"/>
          <w:szCs w:val="24"/>
          <w:lang w:val="en-GB" w:eastAsia="en-GB"/>
        </w:rPr>
      </w:pPr>
      <w:r>
        <w:rPr>
          <w:shd w:val="clear" w:color="auto" w:fill="FFFFFF"/>
          <w:lang w:val="en-GB" w:eastAsia="en-GB"/>
        </w:rPr>
        <w:t>www.</w:t>
      </w:r>
      <w:r w:rsidRPr="00915374">
        <w:rPr>
          <w:shd w:val="clear" w:color="auto" w:fill="FFFFFF"/>
          <w:lang w:val="en-GB" w:eastAsia="en-GB"/>
        </w:rPr>
        <w:t>hellosexualsoul.com</w:t>
      </w:r>
    </w:p>
    <w:p w14:paraId="4386694C" w14:textId="3BA2B77A" w:rsidR="00915374" w:rsidRPr="00915374" w:rsidRDefault="00915374" w:rsidP="00915374">
      <w:pPr>
        <w:pStyle w:val="ListBullet"/>
        <w:numPr>
          <w:ilvl w:val="0"/>
          <w:numId w:val="0"/>
        </w:numPr>
        <w:ind w:left="360"/>
        <w:rPr>
          <w:rFonts w:ascii="Times New Roman" w:hAnsi="Times New Roman" w:cs="Times New Roman"/>
          <w:sz w:val="24"/>
          <w:szCs w:val="24"/>
          <w:lang w:val="en-GB" w:eastAsia="en-GB"/>
        </w:rPr>
      </w:pPr>
      <w:r>
        <w:rPr>
          <w:shd w:val="clear" w:color="auto" w:fill="FFFFFF"/>
          <w:lang w:val="en-GB" w:eastAsia="en-GB"/>
        </w:rPr>
        <w:t>www.</w:t>
      </w:r>
      <w:r w:rsidRPr="00915374">
        <w:rPr>
          <w:shd w:val="clear" w:color="auto" w:fill="FFFFFF"/>
          <w:lang w:val="en-GB" w:eastAsia="en-GB"/>
        </w:rPr>
        <w:t>yinoracle.com</w:t>
      </w:r>
    </w:p>
    <w:p w14:paraId="185FCC6B" w14:textId="6B5650FC" w:rsidR="00915374" w:rsidRDefault="00000000" w:rsidP="00915374">
      <w:pPr>
        <w:pStyle w:val="Heading2"/>
      </w:pPr>
      <w:r>
        <w:t>Emily Hughes</w:t>
      </w:r>
    </w:p>
    <w:p w14:paraId="2E31E3AA" w14:textId="77777777" w:rsidR="00915374" w:rsidRDefault="00915374" w:rsidP="00915374">
      <w:pPr>
        <w:pStyle w:val="IntenseQuote"/>
        <w:jc w:val="center"/>
      </w:pPr>
      <w:r>
        <w:t xml:space="preserve">Conscious Parenting Coach – Finding Flow Parenting </w:t>
      </w:r>
      <w:r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66AB77DE" wp14:editId="5B226BEB">
            <wp:extent cx="1592580" cy="2377440"/>
            <wp:effectExtent l="0" t="0" r="7620" b="3810"/>
            <wp:docPr id="1534641359" name="Picture 7" descr="A person in a blue swe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12135" name="Picture 7" descr="A person in a blue swe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AC7A" w14:textId="77777777" w:rsidR="00915374" w:rsidRDefault="00915374" w:rsidP="00915374">
      <w:pPr>
        <w:pStyle w:val="ListBullet"/>
      </w:pPr>
      <w:r>
        <w:t>Contacts:</w:t>
      </w:r>
    </w:p>
    <w:p w14:paraId="1AA0953F" w14:textId="77777777" w:rsidR="00915374" w:rsidRDefault="00915374" w:rsidP="00915374">
      <w:pPr>
        <w:pStyle w:val="ListContinue"/>
      </w:pPr>
      <w:r>
        <w:t xml:space="preserve">Email: </w:t>
      </w:r>
      <w:proofErr w:type="spellStart"/>
      <w:r>
        <w:t>emily@findingflowparenting.coach</w:t>
      </w:r>
      <w:proofErr w:type="spellEnd"/>
    </w:p>
    <w:p w14:paraId="1D8A4BF5" w14:textId="77777777" w:rsidR="00915374" w:rsidRDefault="00915374" w:rsidP="00915374">
      <w:pPr>
        <w:pStyle w:val="ListContinue"/>
      </w:pPr>
      <w:r>
        <w:t>Website: www.findingflowparenting.coach</w:t>
      </w:r>
    </w:p>
    <w:p w14:paraId="5D90C713" w14:textId="77777777" w:rsidR="00915374" w:rsidRDefault="00915374" w:rsidP="00915374">
      <w:pPr>
        <w:pStyle w:val="ListContinue"/>
      </w:pPr>
      <w:r>
        <w:t>Instagram: @findingflowparenting</w:t>
      </w:r>
    </w:p>
    <w:p w14:paraId="16321246" w14:textId="77777777" w:rsidR="00915374" w:rsidRDefault="00915374" w:rsidP="00915374">
      <w:pPr>
        <w:pStyle w:val="ListContinue"/>
      </w:pPr>
      <w:r>
        <w:t xml:space="preserve">Facebook: </w:t>
      </w:r>
      <w:hyperlink r:id="rId23" w:history="1">
        <w:r w:rsidRPr="00DB633D">
          <w:rPr>
            <w:rStyle w:val="Hyperlink"/>
          </w:rPr>
          <w:t>www.facebook.com/</w:t>
        </w:r>
      </w:hyperlink>
      <w:r w:rsidRPr="00DB633D">
        <w:t>findingflowparenting</w:t>
      </w:r>
    </w:p>
    <w:p w14:paraId="19F3D043" w14:textId="77777777" w:rsidR="00915374" w:rsidRDefault="00915374" w:rsidP="00915374">
      <w:r>
        <w:t>Helps parents move from overwhelm to ease using somatic and emotional intelligence tools.</w:t>
      </w:r>
    </w:p>
    <w:p w14:paraId="4137321D" w14:textId="08387AF9" w:rsidR="00E34F81" w:rsidRDefault="00915374">
      <w:pPr>
        <w:pStyle w:val="Heading2"/>
      </w:pPr>
      <w:r>
        <w:t>Francesca Lyon</w:t>
      </w:r>
    </w:p>
    <w:p w14:paraId="7D8A5853" w14:textId="30B1236F" w:rsidR="00E34F81" w:rsidRDefault="00915374" w:rsidP="00DB633D">
      <w:pPr>
        <w:pStyle w:val="IntenseQuote"/>
        <w:jc w:val="center"/>
      </w:pPr>
      <w:r w:rsidRPr="00915374">
        <w:t>Lead Nutritionist &amp; Co-Founder, FUTURE WOMAN</w:t>
      </w:r>
      <w:r w:rsidRPr="00915374">
        <w:rPr>
          <w:rFonts w:ascii="Arial" w:hAnsi="Arial" w:cs="Arial"/>
          <w:b w:val="0"/>
          <w:bCs w:val="0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0C1FF3A" wp14:editId="16A91977">
            <wp:extent cx="2011680" cy="2011680"/>
            <wp:effectExtent l="0" t="0" r="7620" b="7620"/>
            <wp:docPr id="158571745" name="Picture 14" descr="A person smiling with her hand on her ch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1745" name="Picture 14" descr="A person smiling with her hand on her ch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10C91" w14:textId="77777777" w:rsidR="00E143CF" w:rsidRDefault="00E143CF" w:rsidP="00E143CF">
      <w:pPr>
        <w:pStyle w:val="ListBullet"/>
        <w:numPr>
          <w:ilvl w:val="0"/>
          <w:numId w:val="0"/>
        </w:numPr>
      </w:pPr>
      <w:r w:rsidRPr="00E143CF">
        <w:t xml:space="preserve">Francesca is a co-founder and the director of nutrition at FUTURE WOMAN, a women's health hormone testing company based in the UK. She </w:t>
      </w:r>
      <w:proofErr w:type="spellStart"/>
      <w:r w:rsidRPr="00E143CF">
        <w:t>specialises</w:t>
      </w:r>
      <w:proofErr w:type="spellEnd"/>
      <w:r w:rsidRPr="00E143CF">
        <w:t xml:space="preserve"> in women's health but in particular in fertility and ovulation disorders such PCOS and hypothalamic amenorrhea.</w:t>
      </w:r>
    </w:p>
    <w:p w14:paraId="2630F955" w14:textId="77777777" w:rsidR="00E143CF" w:rsidRPr="00E143CF" w:rsidRDefault="00E143CF" w:rsidP="00E143CF">
      <w:pPr>
        <w:pStyle w:val="ListBullet"/>
        <w:numPr>
          <w:ilvl w:val="0"/>
          <w:numId w:val="0"/>
        </w:numPr>
      </w:pPr>
    </w:p>
    <w:p w14:paraId="28D4F65A" w14:textId="77777777" w:rsidR="00E143CF" w:rsidRPr="00E143CF" w:rsidRDefault="00000000" w:rsidP="00E143CF">
      <w:pPr>
        <w:pStyle w:val="ListBullet"/>
        <w:rPr>
          <w:lang w:val="en-GB"/>
        </w:rPr>
      </w:pPr>
      <w:r>
        <w:t>Contacts:</w:t>
      </w:r>
      <w:r w:rsidR="00E143CF">
        <w:t xml:space="preserve"> </w:t>
      </w:r>
    </w:p>
    <w:p w14:paraId="6AA3119C" w14:textId="5EC78F65" w:rsidR="00E143CF" w:rsidRPr="00E143CF" w:rsidRDefault="00E143CF" w:rsidP="00E143CF">
      <w:pPr>
        <w:pStyle w:val="ListBullet"/>
        <w:numPr>
          <w:ilvl w:val="0"/>
          <w:numId w:val="0"/>
        </w:numPr>
        <w:ind w:left="360"/>
        <w:rPr>
          <w:lang w:val="en-GB"/>
        </w:rPr>
      </w:pPr>
      <w:r w:rsidRPr="00E143CF">
        <w:rPr>
          <w:lang w:val="en-GB"/>
        </w:rPr>
        <w:t>Instagram: @futurewomanhq</w:t>
      </w:r>
    </w:p>
    <w:p w14:paraId="0CE78111" w14:textId="77777777" w:rsidR="00E143CF" w:rsidRPr="00E143CF" w:rsidRDefault="00E143CF" w:rsidP="00E143CF">
      <w:pPr>
        <w:pStyle w:val="ListBullet"/>
        <w:numPr>
          <w:ilvl w:val="0"/>
          <w:numId w:val="0"/>
        </w:numPr>
        <w:ind w:left="360"/>
        <w:rPr>
          <w:lang w:val="en-GB"/>
        </w:rPr>
      </w:pPr>
      <w:r w:rsidRPr="00E143CF">
        <w:rPr>
          <w:lang w:val="en-GB"/>
        </w:rPr>
        <w:t xml:space="preserve">Francesca's </w:t>
      </w:r>
      <w:proofErr w:type="spellStart"/>
      <w:r w:rsidRPr="00E143CF">
        <w:rPr>
          <w:lang w:val="en-GB"/>
        </w:rPr>
        <w:t>instagram</w:t>
      </w:r>
      <w:proofErr w:type="spellEnd"/>
      <w:r w:rsidRPr="00E143CF">
        <w:rPr>
          <w:lang w:val="en-GB"/>
        </w:rPr>
        <w:t>: @your_hormone_naturopath</w:t>
      </w:r>
    </w:p>
    <w:p w14:paraId="3F6B6788" w14:textId="284F122A" w:rsidR="00E34F81" w:rsidRPr="00E143CF" w:rsidRDefault="00E143CF" w:rsidP="00E143CF">
      <w:pPr>
        <w:pStyle w:val="ListBullet"/>
        <w:numPr>
          <w:ilvl w:val="0"/>
          <w:numId w:val="0"/>
        </w:numPr>
        <w:ind w:left="360"/>
      </w:pPr>
      <w:r w:rsidRPr="00E143CF">
        <w:rPr>
          <w:lang w:val="en-GB"/>
        </w:rPr>
        <w:t xml:space="preserve">FUTURE WOMAN's Website: </w:t>
      </w:r>
      <w:hyperlink r:id="rId25" w:history="1">
        <w:r w:rsidRPr="00E143CF">
          <w:rPr>
            <w:rStyle w:val="Hyperlink"/>
            <w:lang w:val="en-GB"/>
          </w:rPr>
          <w:t>www.future-woman.com</w:t>
        </w:r>
      </w:hyperlink>
    </w:p>
    <w:p w14:paraId="60E38547" w14:textId="6D1375B0" w:rsidR="00E34F81" w:rsidRDefault="00000000">
      <w:pPr>
        <w:pStyle w:val="Heading2"/>
      </w:pPr>
      <w:r>
        <w:t>Gabriella Weekes</w:t>
      </w:r>
    </w:p>
    <w:p w14:paraId="137CE770" w14:textId="77777777" w:rsidR="00E34F81" w:rsidRDefault="00000000">
      <w:pPr>
        <w:pStyle w:val="IntenseQuote"/>
      </w:pPr>
      <w:r>
        <w:t>Mindfulness Teacher, Author &amp; Retreat Facilitator</w:t>
      </w:r>
    </w:p>
    <w:p w14:paraId="16F75E90" w14:textId="77777777" w:rsidR="00E143CF" w:rsidRDefault="00E143CF" w:rsidP="00E143CF">
      <w:pPr>
        <w:pStyle w:val="ListBullet"/>
        <w:numPr>
          <w:ilvl w:val="0"/>
          <w:numId w:val="0"/>
        </w:numPr>
      </w:pPr>
      <w:r>
        <w:t>Leads movement meditation and menstruation circles; author of ‘Quiet the Mind’ and founder of The Cave retreats.</w:t>
      </w:r>
    </w:p>
    <w:p w14:paraId="2DF9337D" w14:textId="77777777" w:rsidR="00E143CF" w:rsidRDefault="00E143CF" w:rsidP="00E143CF">
      <w:pPr>
        <w:pStyle w:val="ListBullet"/>
        <w:numPr>
          <w:ilvl w:val="0"/>
          <w:numId w:val="0"/>
        </w:numPr>
      </w:pPr>
    </w:p>
    <w:p w14:paraId="39C763B8" w14:textId="77777777" w:rsidR="00E34F81" w:rsidRDefault="00000000">
      <w:pPr>
        <w:pStyle w:val="ListBullet"/>
      </w:pPr>
      <w:r>
        <w:t>Contacts:</w:t>
      </w:r>
    </w:p>
    <w:p w14:paraId="31494DE1" w14:textId="77777777" w:rsidR="00E34F81" w:rsidRDefault="00000000">
      <w:pPr>
        <w:pStyle w:val="ListContinue"/>
      </w:pPr>
      <w:r>
        <w:t>Email: info@gabriellaweekes.com</w:t>
      </w:r>
    </w:p>
    <w:p w14:paraId="643D87E1" w14:textId="1D0E2EF0" w:rsidR="00E34F81" w:rsidRDefault="00000000">
      <w:pPr>
        <w:pStyle w:val="ListContinue"/>
      </w:pPr>
      <w:r>
        <w:t xml:space="preserve">Website: </w:t>
      </w:r>
      <w:r w:rsidR="00E143CF">
        <w:t>www.</w:t>
      </w:r>
      <w:r>
        <w:t>gabriellaweekes.com</w:t>
      </w:r>
    </w:p>
    <w:p w14:paraId="2792A618" w14:textId="689BD941" w:rsidR="00E34F81" w:rsidRDefault="00000000">
      <w:pPr>
        <w:pStyle w:val="ListContinue"/>
      </w:pPr>
      <w:r>
        <w:t>Instagram: @gabriellaweekes</w:t>
      </w:r>
      <w:r w:rsidR="00E143CF">
        <w:t xml:space="preserve"> </w:t>
      </w:r>
      <w:r w:rsidR="00E143CF" w:rsidRPr="00E143CF">
        <w:t>@retreattothecave</w:t>
      </w:r>
    </w:p>
    <w:p w14:paraId="7FF95D89" w14:textId="77777777" w:rsidR="00E143CF" w:rsidRPr="00E143CF" w:rsidRDefault="00E143CF" w:rsidP="00E143CF">
      <w:pPr>
        <w:pStyle w:val="ListContinue"/>
        <w:rPr>
          <w:lang w:val="en-GB"/>
        </w:rPr>
      </w:pPr>
      <w:hyperlink r:id="rId26" w:history="1">
        <w:r w:rsidRPr="00E143CF">
          <w:rPr>
            <w:rStyle w:val="Hyperlink"/>
            <w:lang w:val="en-GB"/>
          </w:rPr>
          <w:t>http://amzn.to/46xqrDP</w:t>
        </w:r>
      </w:hyperlink>
    </w:p>
    <w:p w14:paraId="1C8660C9" w14:textId="77777777" w:rsidR="00E143CF" w:rsidRPr="00E143CF" w:rsidRDefault="00E143CF" w:rsidP="00E143CF">
      <w:pPr>
        <w:pStyle w:val="ListContinue"/>
        <w:rPr>
          <w:lang w:val="en-GB"/>
        </w:rPr>
      </w:pPr>
      <w:hyperlink r:id="rId27" w:history="1">
        <w:r w:rsidRPr="00E143CF">
          <w:rPr>
            <w:rStyle w:val="Hyperlink"/>
            <w:lang w:val="en-GB"/>
          </w:rPr>
          <w:t>https://insighttimer.com/spiritchild</w:t>
        </w:r>
      </w:hyperlink>
    </w:p>
    <w:p w14:paraId="6A3BCDEB" w14:textId="77777777" w:rsidR="00E143CF" w:rsidRPr="00E143CF" w:rsidRDefault="00E143CF" w:rsidP="00E143CF">
      <w:pPr>
        <w:pStyle w:val="ListContinue"/>
        <w:rPr>
          <w:lang w:val="en-GB"/>
        </w:rPr>
      </w:pPr>
      <w:hyperlink r:id="rId28" w:history="1">
        <w:r w:rsidRPr="00E143CF">
          <w:rPr>
            <w:rStyle w:val="Hyperlink"/>
            <w:lang w:val="en-GB"/>
          </w:rPr>
          <w:t>https://www.mwhealth.co.uk/spirit-dance/</w:t>
        </w:r>
      </w:hyperlink>
    </w:p>
    <w:p w14:paraId="1357947A" w14:textId="77777777" w:rsidR="00E143CF" w:rsidRPr="00E143CF" w:rsidRDefault="00E143CF" w:rsidP="00E143CF">
      <w:pPr>
        <w:pStyle w:val="ListContinue"/>
        <w:rPr>
          <w:lang w:val="en-GB"/>
        </w:rPr>
      </w:pPr>
      <w:hyperlink r:id="rId29" w:history="1">
        <w:r w:rsidRPr="00E143CF">
          <w:rPr>
            <w:rStyle w:val="Hyperlink"/>
            <w:lang w:val="en-GB"/>
          </w:rPr>
          <w:t>https://www.mwhealth.co.uk/moon-astrology--harnessing-the/</w:t>
        </w:r>
      </w:hyperlink>
    </w:p>
    <w:p w14:paraId="53DBEDC6" w14:textId="77777777" w:rsidR="00E143CF" w:rsidRDefault="00E143CF">
      <w:pPr>
        <w:pStyle w:val="ListContinue"/>
      </w:pPr>
    </w:p>
    <w:p w14:paraId="4E75F373" w14:textId="77777777" w:rsidR="00E143CF" w:rsidRDefault="00E143CF">
      <w:pPr>
        <w:pStyle w:val="ListContinue"/>
      </w:pPr>
    </w:p>
    <w:p w14:paraId="05081F46" w14:textId="381363B6" w:rsidR="002F64E1" w:rsidRDefault="00000000" w:rsidP="002F64E1">
      <w:pPr>
        <w:pStyle w:val="Heading2"/>
      </w:pPr>
      <w:r>
        <w:t>Jeanette Forder</w:t>
      </w:r>
    </w:p>
    <w:p w14:paraId="23A47DCC" w14:textId="77777777" w:rsidR="002F64E1" w:rsidRDefault="002F64E1" w:rsidP="002F64E1">
      <w:pPr>
        <w:pStyle w:val="IntenseQuote"/>
        <w:jc w:val="center"/>
      </w:pPr>
      <w:r>
        <w:t xml:space="preserve">Founder &amp; CEO – Phoenix Wellness Coaching </w:t>
      </w:r>
      <w:r>
        <w:rPr>
          <w:rFonts w:ascii="Arial" w:hAnsi="Arial" w:cs="Arial"/>
          <w:b w:val="0"/>
          <w:bCs w:val="0"/>
          <w:noProof/>
          <w:color w:val="222222"/>
          <w:bdr w:val="none" w:sz="0" w:space="0" w:color="auto" w:frame="1"/>
          <w:shd w:val="clear" w:color="auto" w:fill="FFFFFF"/>
        </w:rPr>
        <w:drawing>
          <wp:inline distT="0" distB="0" distL="0" distR="0" wp14:anchorId="5CDD645E" wp14:editId="34604C15">
            <wp:extent cx="1512827" cy="2263140"/>
            <wp:effectExtent l="0" t="0" r="0" b="3810"/>
            <wp:docPr id="1892431652" name="Picture 6" descr="A person in a pink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60157" name="Picture 6" descr="A person in a pink su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92" cy="22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CBE1" w14:textId="77777777" w:rsidR="002F64E1" w:rsidRDefault="002F64E1" w:rsidP="002F64E1">
      <w:pPr>
        <w:pStyle w:val="ListBullet"/>
        <w:numPr>
          <w:ilvl w:val="0"/>
          <w:numId w:val="0"/>
        </w:numPr>
      </w:pPr>
      <w:r>
        <w:t xml:space="preserve">Wellness &amp; life coach </w:t>
      </w:r>
      <w:proofErr w:type="spellStart"/>
      <w:r>
        <w:t>specialising</w:t>
      </w:r>
      <w:proofErr w:type="spellEnd"/>
      <w:r>
        <w:t xml:space="preserve"> in menopause support for individuals and </w:t>
      </w:r>
      <w:proofErr w:type="spellStart"/>
      <w:r>
        <w:t>organisations</w:t>
      </w:r>
      <w:proofErr w:type="spellEnd"/>
      <w:r>
        <w:t>; Chartered CIPD &amp; Senior ACCPH member.</w:t>
      </w:r>
    </w:p>
    <w:p w14:paraId="19EC6F9A" w14:textId="77777777" w:rsidR="002F64E1" w:rsidRDefault="002F64E1" w:rsidP="002F64E1">
      <w:pPr>
        <w:pStyle w:val="ListBullet"/>
        <w:numPr>
          <w:ilvl w:val="0"/>
          <w:numId w:val="0"/>
        </w:numPr>
      </w:pPr>
    </w:p>
    <w:p w14:paraId="1E8219F9" w14:textId="77777777" w:rsidR="002F64E1" w:rsidRDefault="002F64E1" w:rsidP="002F64E1">
      <w:pPr>
        <w:pStyle w:val="ListBullet"/>
      </w:pPr>
      <w:r>
        <w:t>Contacts:</w:t>
      </w:r>
    </w:p>
    <w:p w14:paraId="002B33B0" w14:textId="77777777" w:rsidR="002F64E1" w:rsidRDefault="002F64E1" w:rsidP="002F64E1">
      <w:pPr>
        <w:pStyle w:val="ListContinue"/>
      </w:pPr>
      <w:r>
        <w:t>Email: jeanette@phoenixwellness.co.uk</w:t>
      </w:r>
    </w:p>
    <w:p w14:paraId="146A8C54" w14:textId="77777777" w:rsidR="002F64E1" w:rsidRDefault="002F64E1" w:rsidP="002F64E1">
      <w:pPr>
        <w:pStyle w:val="ListContinue"/>
      </w:pPr>
      <w:r>
        <w:t>Website: www.phoenixwellness.co.uk</w:t>
      </w:r>
    </w:p>
    <w:p w14:paraId="56963E7E" w14:textId="77777777" w:rsidR="002F64E1" w:rsidRDefault="002F64E1" w:rsidP="002F64E1">
      <w:pPr>
        <w:pStyle w:val="ListContinue"/>
      </w:pPr>
      <w:r>
        <w:t>Mobile: 07778 126 477</w:t>
      </w:r>
    </w:p>
    <w:p w14:paraId="5CE85706" w14:textId="77777777" w:rsidR="002F64E1" w:rsidRDefault="002F64E1" w:rsidP="002F64E1">
      <w:pPr>
        <w:pStyle w:val="ListContinue"/>
      </w:pPr>
      <w:hyperlink r:id="rId31" w:history="1">
        <w:r w:rsidRPr="00DB633D">
          <w:rPr>
            <w:rStyle w:val="Hyperlink"/>
            <w:b/>
            <w:bCs/>
          </w:rPr>
          <w:t>https://linktr.ee/phoenixwellness</w:t>
        </w:r>
      </w:hyperlink>
    </w:p>
    <w:p w14:paraId="10E54932" w14:textId="4DE8AF00" w:rsidR="00E34F81" w:rsidRDefault="002F64E1">
      <w:pPr>
        <w:pStyle w:val="Heading2"/>
      </w:pPr>
      <w:r>
        <w:t xml:space="preserve">Jess </w:t>
      </w:r>
      <w:proofErr w:type="spellStart"/>
      <w:r>
        <w:t>Kasriel</w:t>
      </w:r>
      <w:proofErr w:type="spellEnd"/>
    </w:p>
    <w:p w14:paraId="4735B43E" w14:textId="70EE32BB" w:rsidR="00E34F81" w:rsidRDefault="002F64E1" w:rsidP="00DB633D">
      <w:pPr>
        <w:pStyle w:val="IntenseQuote"/>
        <w:jc w:val="center"/>
      </w:pPr>
      <w:r>
        <w:t xml:space="preserve">Registered </w:t>
      </w:r>
      <w:r w:rsidRPr="002F64E1">
        <w:t>Nutritional Therapist</w:t>
      </w:r>
      <w:r>
        <w:t>, Shamanic</w:t>
      </w:r>
      <w:r w:rsidRPr="002F64E1">
        <w:t xml:space="preserve"> Healer</w:t>
      </w:r>
      <w:r>
        <w:t>, Reiki Practitioner &amp; Yoga Instructor</w:t>
      </w:r>
      <w:r>
        <w:br/>
      </w:r>
      <w:r w:rsidR="00DB633D">
        <w:t xml:space="preserve"> </w:t>
      </w:r>
      <w:r>
        <w:rPr>
          <w:rFonts w:ascii="Arial" w:hAnsi="Arial" w:cs="Arial"/>
          <w:b w:val="0"/>
          <w:bCs w:val="0"/>
          <w:noProof/>
          <w:color w:val="222222"/>
          <w:bdr w:val="none" w:sz="0" w:space="0" w:color="auto" w:frame="1"/>
          <w:shd w:val="clear" w:color="auto" w:fill="FFFFFF"/>
        </w:rPr>
        <w:drawing>
          <wp:inline distT="0" distB="0" distL="0" distR="0" wp14:anchorId="2AE1B147" wp14:editId="5FC2645B">
            <wp:extent cx="1470660" cy="2202180"/>
            <wp:effectExtent l="0" t="0" r="0" b="7620"/>
            <wp:docPr id="6372824" name="Picture 20" descr="A person in a pink swe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824" name="Picture 20" descr="A person in a pink swe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8E3F4" w14:textId="3CDFDC90" w:rsidR="00DB633D" w:rsidRDefault="002F64E1" w:rsidP="00DB633D">
      <w:pPr>
        <w:pStyle w:val="ListBullet"/>
        <w:numPr>
          <w:ilvl w:val="0"/>
          <w:numId w:val="0"/>
        </w:numPr>
      </w:pPr>
      <w:r w:rsidRPr="002F64E1">
        <w:t xml:space="preserve">Registered Nutritional Therapist, shamanic healer, Reiki practitioner, and yoga teacher who helps women balance hormones, </w:t>
      </w:r>
      <w:proofErr w:type="spellStart"/>
      <w:r w:rsidRPr="002F64E1">
        <w:t>optimise</w:t>
      </w:r>
      <w:proofErr w:type="spellEnd"/>
      <w:r w:rsidRPr="002F64E1">
        <w:t xml:space="preserve"> fertility, and reconnect with their bodies through a unique mix of nutrition, movement, and energy work.</w:t>
      </w:r>
    </w:p>
    <w:p w14:paraId="72508763" w14:textId="77777777" w:rsidR="00E34F81" w:rsidRDefault="00000000">
      <w:pPr>
        <w:pStyle w:val="ListBullet"/>
      </w:pPr>
      <w:r>
        <w:t>Contacts:</w:t>
      </w:r>
    </w:p>
    <w:p w14:paraId="25775F31" w14:textId="3B379F35" w:rsidR="002F64E1" w:rsidRPr="002F64E1" w:rsidRDefault="002F64E1" w:rsidP="002F64E1">
      <w:pPr>
        <w:pStyle w:val="ListBullet"/>
        <w:numPr>
          <w:ilvl w:val="0"/>
          <w:numId w:val="0"/>
        </w:numPr>
        <w:ind w:left="360"/>
      </w:pPr>
      <w:hyperlink r:id="rId33" w:history="1">
        <w:r w:rsidRPr="000665BC">
          <w:rPr>
            <w:rStyle w:val="Hyperlink"/>
            <w:rFonts w:ascii="Arial" w:hAnsi="Arial" w:cs="Arial"/>
            <w:shd w:val="clear" w:color="auto" w:fill="FFFFFF"/>
          </w:rPr>
          <w:t>jess@jesskasriel.com</w:t>
        </w:r>
      </w:hyperlink>
    </w:p>
    <w:p w14:paraId="05D726FC" w14:textId="44631C02" w:rsidR="002F64E1" w:rsidRPr="002F64E1" w:rsidRDefault="002F64E1" w:rsidP="002F64E1">
      <w:pPr>
        <w:pStyle w:val="ListBullet"/>
        <w:numPr>
          <w:ilvl w:val="0"/>
          <w:numId w:val="0"/>
        </w:numPr>
        <w:ind w:left="360"/>
      </w:pPr>
      <w:r w:rsidRPr="002F64E1">
        <w:rPr>
          <w:shd w:val="clear" w:color="auto" w:fill="FFFFFF"/>
        </w:rPr>
        <w:t>www.jesskasriel.com</w:t>
      </w:r>
    </w:p>
    <w:p w14:paraId="327215E3" w14:textId="23E60A05" w:rsidR="002F64E1" w:rsidRPr="002F64E1" w:rsidRDefault="002F64E1" w:rsidP="002F64E1">
      <w:pPr>
        <w:pStyle w:val="ListBullet"/>
        <w:numPr>
          <w:ilvl w:val="0"/>
          <w:numId w:val="0"/>
        </w:numPr>
        <w:ind w:left="360"/>
      </w:pPr>
      <w:hyperlink r:id="rId34" w:history="1">
        <w:r w:rsidRPr="002F64E1">
          <w:rPr>
            <w:rStyle w:val="Hyperlink"/>
            <w:rFonts w:ascii="Arial" w:hAnsi="Arial" w:cs="Arial"/>
            <w:shd w:val="clear" w:color="auto" w:fill="FFFFFF"/>
          </w:rPr>
          <w:t>www.jesskasriel.com</w:t>
        </w:r>
      </w:hyperlink>
    </w:p>
    <w:p w14:paraId="5DBE7F61" w14:textId="77777777" w:rsidR="002F64E1" w:rsidRPr="002F64E1" w:rsidRDefault="002F64E1" w:rsidP="002F64E1">
      <w:pPr>
        <w:pStyle w:val="ListBullet"/>
        <w:numPr>
          <w:ilvl w:val="0"/>
          <w:numId w:val="0"/>
        </w:numPr>
        <w:ind w:left="360"/>
      </w:pPr>
      <w:r w:rsidRPr="002F64E1">
        <w:rPr>
          <w:shd w:val="clear" w:color="auto" w:fill="FFFFFF"/>
        </w:rPr>
        <w:t>@jess.kasriel</w:t>
      </w:r>
    </w:p>
    <w:p w14:paraId="5CB4F2B6" w14:textId="24D01BCB" w:rsidR="00087EF5" w:rsidRPr="00087EF5" w:rsidRDefault="00000000" w:rsidP="00087EF5">
      <w:pPr>
        <w:pStyle w:val="Heading2"/>
      </w:pPr>
      <w:r>
        <w:t>Kathryn Stagg IBCLC</w:t>
      </w:r>
    </w:p>
    <w:p w14:paraId="01193ACE" w14:textId="77777777" w:rsidR="00E34F81" w:rsidRDefault="00000000">
      <w:pPr>
        <w:pStyle w:val="IntenseQuote"/>
      </w:pPr>
      <w:r>
        <w:t>International Board‑Certified Lactation Consultant</w:t>
      </w:r>
    </w:p>
    <w:p w14:paraId="629FD863" w14:textId="77777777" w:rsidR="00E143CF" w:rsidRDefault="00E143CF" w:rsidP="00E143CF">
      <w:pPr>
        <w:pStyle w:val="ListBullet"/>
        <w:numPr>
          <w:ilvl w:val="0"/>
          <w:numId w:val="0"/>
        </w:numPr>
      </w:pPr>
      <w:r>
        <w:t>17+ years supporting breastfeeding families; author and founder of Breastfeeding Twins &amp; Triplets UK; also a Holistic Sleep Coach.</w:t>
      </w:r>
    </w:p>
    <w:p w14:paraId="57DF4176" w14:textId="77777777" w:rsidR="00E143CF" w:rsidRDefault="00E143CF" w:rsidP="00E143CF">
      <w:pPr>
        <w:pStyle w:val="ListBullet"/>
        <w:numPr>
          <w:ilvl w:val="0"/>
          <w:numId w:val="0"/>
        </w:numPr>
      </w:pPr>
    </w:p>
    <w:p w14:paraId="3FF19939" w14:textId="77777777" w:rsidR="00E34F81" w:rsidRDefault="00000000">
      <w:pPr>
        <w:pStyle w:val="ListBullet"/>
      </w:pPr>
      <w:r>
        <w:t>Contacts:</w:t>
      </w:r>
    </w:p>
    <w:p w14:paraId="328FF5E0" w14:textId="77777777" w:rsidR="00E34F81" w:rsidRDefault="00000000">
      <w:pPr>
        <w:pStyle w:val="ListContinue"/>
      </w:pPr>
      <w:r>
        <w:t>Email: kathryn@kathrynstaggibclc.com</w:t>
      </w:r>
    </w:p>
    <w:p w14:paraId="57D87355" w14:textId="77777777" w:rsidR="00E34F81" w:rsidRDefault="00000000">
      <w:pPr>
        <w:pStyle w:val="ListContinue"/>
      </w:pPr>
      <w:r>
        <w:t>Website: kathrynstaggibclc.com</w:t>
      </w:r>
    </w:p>
    <w:p w14:paraId="25CD5F5E" w14:textId="77777777" w:rsidR="00E34F81" w:rsidRDefault="00000000">
      <w:pPr>
        <w:pStyle w:val="ListContinue"/>
      </w:pPr>
      <w:r>
        <w:t>Instagram: @kathrynstaggibclc</w:t>
      </w:r>
    </w:p>
    <w:p w14:paraId="5C41B704" w14:textId="51949747" w:rsidR="00087EF5" w:rsidRDefault="00000000" w:rsidP="00087EF5">
      <w:pPr>
        <w:pStyle w:val="Heading2"/>
      </w:pPr>
      <w:r>
        <w:t>Lisa Watson RNC, ANP</w:t>
      </w:r>
    </w:p>
    <w:p w14:paraId="6017031F" w14:textId="77777777" w:rsidR="00087EF5" w:rsidRDefault="00087EF5" w:rsidP="00087EF5">
      <w:pPr>
        <w:pStyle w:val="IntenseQuote"/>
      </w:pPr>
      <w:r>
        <w:t>Advanced Nurse Practitioner &amp; Menopause Specialist – Watson Health</w:t>
      </w:r>
    </w:p>
    <w:p w14:paraId="6DDFA0F6" w14:textId="77777777" w:rsidR="00087EF5" w:rsidRDefault="00087EF5" w:rsidP="00087EF5">
      <w:pPr>
        <w:pStyle w:val="IntenseQuote"/>
        <w:jc w:val="center"/>
      </w:pPr>
      <w:r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4E27222F" wp14:editId="4E5753D2">
            <wp:extent cx="1310640" cy="1638300"/>
            <wp:effectExtent l="0" t="0" r="3810" b="0"/>
            <wp:docPr id="1139473872" name="Picture 5" descr="A person in a white bl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52902" name="Picture 5" descr="A person in a white bl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025E" w14:textId="77777777" w:rsidR="00087EF5" w:rsidRDefault="00087EF5" w:rsidP="00087EF5">
      <w:pPr>
        <w:pStyle w:val="ListBullet"/>
        <w:numPr>
          <w:ilvl w:val="0"/>
          <w:numId w:val="0"/>
        </w:numPr>
      </w:pPr>
      <w:r>
        <w:t>Registered nurse since 1989; delivers high‑quality menopause support in NHS and private settings.</w:t>
      </w:r>
    </w:p>
    <w:p w14:paraId="217A9383" w14:textId="77777777" w:rsidR="00087EF5" w:rsidRDefault="00087EF5" w:rsidP="00087EF5">
      <w:pPr>
        <w:pStyle w:val="ListBullet"/>
        <w:numPr>
          <w:ilvl w:val="0"/>
          <w:numId w:val="0"/>
        </w:numPr>
      </w:pPr>
    </w:p>
    <w:p w14:paraId="7679C760" w14:textId="77777777" w:rsidR="00087EF5" w:rsidRDefault="00087EF5" w:rsidP="00087EF5">
      <w:pPr>
        <w:pStyle w:val="ListBullet"/>
      </w:pPr>
      <w:r>
        <w:t>Contacts:</w:t>
      </w:r>
    </w:p>
    <w:p w14:paraId="38E2B652" w14:textId="77777777" w:rsidR="00087EF5" w:rsidRDefault="00087EF5" w:rsidP="00087EF5">
      <w:pPr>
        <w:pStyle w:val="ListContinue"/>
      </w:pPr>
      <w:r>
        <w:t>Email: lisa.watson@watsonhealth.co.uk</w:t>
      </w:r>
    </w:p>
    <w:p w14:paraId="6C7938C9" w14:textId="77777777" w:rsidR="00087EF5" w:rsidRDefault="00087EF5" w:rsidP="00087EF5">
      <w:pPr>
        <w:pStyle w:val="ListContinue"/>
      </w:pPr>
      <w:r>
        <w:t>Website: www.watsonhealth.co.uk</w:t>
      </w:r>
    </w:p>
    <w:p w14:paraId="209913F0" w14:textId="7CA1C21A" w:rsidR="00E34F81" w:rsidRDefault="00087EF5">
      <w:pPr>
        <w:pStyle w:val="Heading2"/>
      </w:pPr>
      <w:r>
        <w:t>Liana Fricker</w:t>
      </w:r>
    </w:p>
    <w:p w14:paraId="4BC12590" w14:textId="77777777" w:rsidR="00087EF5" w:rsidRDefault="00087EF5" w:rsidP="00DB633D">
      <w:pPr>
        <w:pStyle w:val="IntenseQuote"/>
        <w:jc w:val="center"/>
        <w:rPr>
          <w:rFonts w:ascii="Arial" w:hAnsi="Arial" w:cs="Arial"/>
          <w:b w:val="0"/>
          <w:bCs w:val="0"/>
          <w:color w:val="222222"/>
          <w:sz w:val="20"/>
          <w:szCs w:val="20"/>
          <w:bdr w:val="none" w:sz="0" w:space="0" w:color="auto" w:frame="1"/>
          <w:shd w:val="clear" w:color="auto" w:fill="FFFFFF"/>
        </w:rPr>
      </w:pPr>
      <w:r w:rsidRPr="00087EF5">
        <w:t>Founder – Inspiration Space</w:t>
      </w:r>
      <w:r w:rsidRPr="00087EF5">
        <w:rPr>
          <w:rFonts w:ascii="Arial" w:hAnsi="Arial" w:cs="Arial"/>
          <w:b w:val="0"/>
          <w:bCs w:val="0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14:paraId="2B9EB4A8" w14:textId="5F4DEE70" w:rsidR="00E34F81" w:rsidRDefault="00087EF5" w:rsidP="00DB633D">
      <w:pPr>
        <w:pStyle w:val="IntenseQuote"/>
        <w:jc w:val="center"/>
      </w:pPr>
      <w:r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3EBC0C6D" wp14:editId="15E7239D">
            <wp:extent cx="1858490" cy="1531620"/>
            <wp:effectExtent l="0" t="0" r="8890" b="0"/>
            <wp:docPr id="1807976540" name="Picture 10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76540" name="Picture 10" descr="A person smil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47" cy="15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7C28" w14:textId="3EFE2005" w:rsidR="00DB633D" w:rsidRDefault="00087EF5" w:rsidP="00087EF5">
      <w:r>
        <w:t>Empowers solo founders and 'Companies of One' to grow with passion, profit and impact. Mentor for the Black Business Residency at Somerset House; named among Startups Magazine’s ‘Most Influential Women’ in 2022 and 2023.</w:t>
      </w:r>
    </w:p>
    <w:p w14:paraId="02855C0A" w14:textId="77777777" w:rsidR="00E34F81" w:rsidRDefault="00000000">
      <w:pPr>
        <w:pStyle w:val="ListBullet"/>
      </w:pPr>
      <w:r>
        <w:t>Contacts:</w:t>
      </w:r>
    </w:p>
    <w:p w14:paraId="4ED09456" w14:textId="26FEAF20" w:rsidR="00087EF5" w:rsidRDefault="00087EF5" w:rsidP="00087EF5">
      <w:pPr>
        <w:pStyle w:val="ListBullet"/>
        <w:numPr>
          <w:ilvl w:val="0"/>
          <w:numId w:val="0"/>
        </w:numPr>
        <w:ind w:left="360"/>
      </w:pPr>
      <w:hyperlink r:id="rId37" w:history="1">
        <w:r w:rsidRPr="000665BC">
          <w:rPr>
            <w:rStyle w:val="Hyperlink"/>
            <w:rFonts w:ascii="Arial" w:hAnsi="Arial" w:cs="Arial"/>
            <w:b/>
            <w:bCs/>
            <w:sz w:val="20"/>
            <w:szCs w:val="20"/>
            <w:shd w:val="clear" w:color="auto" w:fill="FFFFFF"/>
          </w:rPr>
          <w:t>liana@theinspirationspace.co</w:t>
        </w:r>
      </w:hyperlink>
    </w:p>
    <w:p w14:paraId="32D788CD" w14:textId="49D027D3" w:rsidR="00087EF5" w:rsidRDefault="00087EF5" w:rsidP="00087EF5">
      <w:pPr>
        <w:pStyle w:val="ListBullet"/>
        <w:numPr>
          <w:ilvl w:val="0"/>
          <w:numId w:val="0"/>
        </w:numPr>
        <w:ind w:left="360"/>
      </w:pPr>
      <w:hyperlink r:id="rId38" w:history="1">
        <w:r w:rsidRPr="000665BC">
          <w:rPr>
            <w:rStyle w:val="Hyperlink"/>
            <w:rFonts w:ascii="Arial" w:hAnsi="Arial" w:cs="Arial"/>
            <w:b/>
            <w:bCs/>
            <w:sz w:val="20"/>
            <w:szCs w:val="20"/>
            <w:shd w:val="clear" w:color="auto" w:fill="FFFFFF"/>
          </w:rPr>
          <w:t>www.theinspirationspace.co</w:t>
        </w:r>
      </w:hyperlink>
    </w:p>
    <w:p w14:paraId="710213D7" w14:textId="7A1A0F57" w:rsidR="00E87E88" w:rsidRDefault="00000000" w:rsidP="00E87E88">
      <w:pPr>
        <w:pStyle w:val="Heading2"/>
      </w:pPr>
      <w:r>
        <w:t>Melanie Flood</w:t>
      </w:r>
    </w:p>
    <w:p w14:paraId="77C00741" w14:textId="77777777" w:rsidR="00E87E88" w:rsidRDefault="00E87E88" w:rsidP="00E87E88">
      <w:pPr>
        <w:pStyle w:val="IntenseQuote"/>
      </w:pPr>
      <w:r>
        <w:t>Registered Nutritional Therapist &amp; Health Coach</w:t>
      </w:r>
    </w:p>
    <w:p w14:paraId="1CE33509" w14:textId="77777777" w:rsidR="00E87E88" w:rsidRDefault="00E87E88" w:rsidP="00E87E88">
      <w:pPr>
        <w:pStyle w:val="ListBullet"/>
      </w:pPr>
      <w:r>
        <w:t>Contacts:</w:t>
      </w:r>
    </w:p>
    <w:p w14:paraId="53766DD0" w14:textId="77777777" w:rsidR="00E87E88" w:rsidRDefault="00E87E88" w:rsidP="00E87E88">
      <w:pPr>
        <w:pStyle w:val="ListContinue"/>
      </w:pPr>
      <w:r>
        <w:t>Email: hello@melaniefloodnutrition.com</w:t>
      </w:r>
    </w:p>
    <w:p w14:paraId="015FB2B6" w14:textId="77777777" w:rsidR="00E87E88" w:rsidRDefault="00E87E88" w:rsidP="00E87E88">
      <w:pPr>
        <w:pStyle w:val="ListContinue"/>
      </w:pPr>
      <w:r>
        <w:t>Website: melaniefloodnutrition.com</w:t>
      </w:r>
    </w:p>
    <w:p w14:paraId="4F57A40B" w14:textId="77777777" w:rsidR="00E87E88" w:rsidRDefault="00E87E88" w:rsidP="00E87E88">
      <w:pPr>
        <w:pStyle w:val="ListContinue"/>
      </w:pPr>
      <w:r>
        <w:t>Mobile: 07714 471 423</w:t>
      </w:r>
    </w:p>
    <w:p w14:paraId="703D0F1D" w14:textId="77777777" w:rsidR="00E87E88" w:rsidRDefault="00E87E88" w:rsidP="00E87E88">
      <w:proofErr w:type="spellStart"/>
      <w:r>
        <w:t>Specialises</w:t>
      </w:r>
      <w:proofErr w:type="spellEnd"/>
      <w:r>
        <w:t xml:space="preserve"> in root‑cause nutrition, functional testing and 12‑week transformational </w:t>
      </w:r>
      <w:proofErr w:type="spellStart"/>
      <w:r>
        <w:t>programmes</w:t>
      </w:r>
      <w:proofErr w:type="spellEnd"/>
      <w:r>
        <w:t xml:space="preserve"> to restore energy and hormone balance.</w:t>
      </w:r>
    </w:p>
    <w:p w14:paraId="73AC2CFD" w14:textId="6B68F803" w:rsidR="00E34F81" w:rsidRDefault="00E87E88">
      <w:pPr>
        <w:pStyle w:val="Heading2"/>
      </w:pPr>
      <w:r>
        <w:t>Nada Soubra</w:t>
      </w:r>
    </w:p>
    <w:p w14:paraId="2F46E66A" w14:textId="6E26B4D0" w:rsidR="00E34F81" w:rsidRDefault="00E87E88" w:rsidP="00E87E88">
      <w:pPr>
        <w:pStyle w:val="IntenseQuote"/>
        <w:jc w:val="center"/>
      </w:pPr>
      <w:r w:rsidRPr="00E87E88">
        <w:t>Certified Metabolic Health Coach, Founder of The Healthy Chain</w:t>
      </w:r>
      <w:r w:rsidRPr="00E87E88">
        <w:rPr>
          <w:rFonts w:ascii="Arial" w:hAnsi="Arial" w:cs="Arial"/>
          <w:b w:val="0"/>
          <w:bCs w:val="0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380AFA97" wp14:editId="0F0DAC50">
            <wp:extent cx="1996440" cy="3002280"/>
            <wp:effectExtent l="0" t="0" r="3810" b="7620"/>
            <wp:docPr id="1735208591" name="Picture 18" descr="A person sitting on a be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08591" name="Picture 18" descr="A person sitting on a ben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77175" w14:textId="1A79CEB6" w:rsidR="00E87E88" w:rsidRDefault="00E87E88" w:rsidP="00E87E88">
      <w:pPr>
        <w:pStyle w:val="ListBullet"/>
        <w:numPr>
          <w:ilvl w:val="0"/>
          <w:numId w:val="0"/>
        </w:numPr>
      </w:pPr>
      <w:r w:rsidRPr="00E87E88">
        <w:t xml:space="preserve">Nada helps busy people in early mid-life “thrive” by spotting the first signs of metabolic dysfunction and correcting them through </w:t>
      </w:r>
      <w:proofErr w:type="spellStart"/>
      <w:r w:rsidRPr="00E87E88">
        <w:t>personalised</w:t>
      </w:r>
      <w:proofErr w:type="spellEnd"/>
      <w:r w:rsidRPr="00E87E88">
        <w:t xml:space="preserve"> nutrition and lifestyle tweaks.</w:t>
      </w:r>
    </w:p>
    <w:p w14:paraId="1B971777" w14:textId="77777777" w:rsidR="00E87E88" w:rsidRDefault="00E87E88" w:rsidP="00E87E88">
      <w:pPr>
        <w:pStyle w:val="ListBullet"/>
        <w:numPr>
          <w:ilvl w:val="0"/>
          <w:numId w:val="0"/>
        </w:numPr>
      </w:pPr>
    </w:p>
    <w:p w14:paraId="4E0237C4" w14:textId="1A983289" w:rsidR="00E34F81" w:rsidRDefault="00000000">
      <w:pPr>
        <w:pStyle w:val="ListBullet"/>
      </w:pPr>
      <w:r>
        <w:t>Contacts:</w:t>
      </w:r>
    </w:p>
    <w:p w14:paraId="75DEF59E" w14:textId="77777777" w:rsidR="00E87E88" w:rsidRPr="00E87E88" w:rsidRDefault="00E87E88" w:rsidP="00E87E88">
      <w:pPr>
        <w:pStyle w:val="ListBullet"/>
        <w:numPr>
          <w:ilvl w:val="0"/>
          <w:numId w:val="0"/>
        </w:numPr>
        <w:ind w:left="360"/>
      </w:pPr>
      <w:r w:rsidRPr="00E87E88">
        <w:rPr>
          <w:shd w:val="clear" w:color="auto" w:fill="FFFFFF"/>
        </w:rPr>
        <w:t xml:space="preserve">Website: </w:t>
      </w:r>
      <w:hyperlink r:id="rId40" w:history="1">
        <w:r w:rsidRPr="00E87E88">
          <w:rPr>
            <w:rStyle w:val="Hyperlink"/>
            <w:color w:val="1155CC"/>
            <w:shd w:val="clear" w:color="auto" w:fill="FFFFFF"/>
          </w:rPr>
          <w:t>www.thehealthychain.co.uk</w:t>
        </w:r>
      </w:hyperlink>
    </w:p>
    <w:p w14:paraId="67BB850D" w14:textId="08F9E550" w:rsidR="00E34F81" w:rsidRPr="00E87E88" w:rsidRDefault="00E87E88" w:rsidP="00E87E88">
      <w:pPr>
        <w:pStyle w:val="ListBullet"/>
        <w:numPr>
          <w:ilvl w:val="0"/>
          <w:numId w:val="0"/>
        </w:numPr>
        <w:ind w:left="360"/>
      </w:pPr>
      <w:r w:rsidRPr="00E87E88">
        <w:rPr>
          <w:color w:val="000000"/>
          <w:shd w:val="clear" w:color="auto" w:fill="FFFFFF"/>
        </w:rPr>
        <w:t xml:space="preserve">Instagram: </w:t>
      </w:r>
      <w:hyperlink r:id="rId41" w:history="1">
        <w:r w:rsidRPr="00E87E88">
          <w:rPr>
            <w:rStyle w:val="Hyperlink"/>
            <w:color w:val="1155CC"/>
            <w:shd w:val="clear" w:color="auto" w:fill="FFFFFF"/>
          </w:rPr>
          <w:t>@thehealthychain</w:t>
        </w:r>
      </w:hyperlink>
    </w:p>
    <w:p w14:paraId="03DCB477" w14:textId="77777777" w:rsidR="00E87E88" w:rsidRDefault="00E87E88" w:rsidP="00E87E88">
      <w:pPr>
        <w:pStyle w:val="ListContinue"/>
      </w:pPr>
    </w:p>
    <w:p w14:paraId="19C9EBB2" w14:textId="3CB331BB" w:rsidR="002F64E1" w:rsidRDefault="00000000" w:rsidP="002F64E1">
      <w:pPr>
        <w:pStyle w:val="Heading2"/>
      </w:pPr>
      <w:r>
        <w:t>Naomi Rogers</w:t>
      </w:r>
    </w:p>
    <w:p w14:paraId="7263B852" w14:textId="77777777" w:rsidR="002F64E1" w:rsidRDefault="002F64E1" w:rsidP="002F64E1">
      <w:pPr>
        <w:pStyle w:val="IntenseQuote"/>
      </w:pPr>
      <w:r>
        <w:t>Creative Therapist – Red Thread Therapy</w:t>
      </w:r>
    </w:p>
    <w:p w14:paraId="76A30584" w14:textId="77777777" w:rsidR="002F64E1" w:rsidRDefault="002F64E1" w:rsidP="002F64E1">
      <w:pPr>
        <w:pStyle w:val="ListBullet"/>
        <w:numPr>
          <w:ilvl w:val="0"/>
          <w:numId w:val="0"/>
        </w:numPr>
      </w:pPr>
      <w:r>
        <w:t>Offers holistic psychotherapy integrating arts and somatic work for women in North‑West London.</w:t>
      </w:r>
    </w:p>
    <w:p w14:paraId="67179029" w14:textId="77777777" w:rsidR="002F64E1" w:rsidRDefault="002F64E1" w:rsidP="002F64E1">
      <w:pPr>
        <w:pStyle w:val="ListBullet"/>
        <w:numPr>
          <w:ilvl w:val="0"/>
          <w:numId w:val="0"/>
        </w:numPr>
      </w:pPr>
    </w:p>
    <w:p w14:paraId="0E0274CD" w14:textId="77777777" w:rsidR="002F64E1" w:rsidRDefault="002F64E1" w:rsidP="002F64E1">
      <w:pPr>
        <w:pStyle w:val="ListBullet"/>
      </w:pPr>
      <w:r>
        <w:t>Contacts:</w:t>
      </w:r>
    </w:p>
    <w:p w14:paraId="0F479246" w14:textId="77777777" w:rsidR="002F64E1" w:rsidRDefault="002F64E1" w:rsidP="002F64E1">
      <w:pPr>
        <w:pStyle w:val="ListContinue"/>
      </w:pPr>
      <w:r>
        <w:t>Email: naomi.redthreadtherapy@gmail.com</w:t>
      </w:r>
    </w:p>
    <w:p w14:paraId="47C34AF1" w14:textId="77777777" w:rsidR="002F64E1" w:rsidRDefault="002F64E1" w:rsidP="002F64E1">
      <w:pPr>
        <w:pStyle w:val="ListContinue"/>
      </w:pPr>
      <w:r>
        <w:t>Instagram: @red.thread.therapy</w:t>
      </w:r>
    </w:p>
    <w:p w14:paraId="4281549A" w14:textId="37C34038" w:rsidR="00E34F81" w:rsidRDefault="002F64E1">
      <w:pPr>
        <w:pStyle w:val="Heading2"/>
      </w:pPr>
      <w:r>
        <w:t>Natalie Lawrence</w:t>
      </w:r>
    </w:p>
    <w:p w14:paraId="769774A1" w14:textId="77E74DC0" w:rsidR="00E34F81" w:rsidRDefault="002F64E1" w:rsidP="002F64E1">
      <w:pPr>
        <w:pStyle w:val="IntenseQuote"/>
        <w:jc w:val="center"/>
      </w:pPr>
      <w:r w:rsidRPr="002F64E1">
        <w:t>ICF-Accredited Life Coach &amp; Hypnotherapist</w:t>
      </w:r>
      <w:r w:rsidRPr="002F64E1">
        <w:rPr>
          <w:rFonts w:ascii="Arial" w:hAnsi="Arial" w:cs="Arial"/>
          <w:b w:val="0"/>
          <w:bCs w:val="0"/>
          <w:color w:val="222222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b w:val="0"/>
          <w:bCs w:val="0"/>
          <w:noProof/>
          <w:color w:val="222222"/>
          <w:bdr w:val="none" w:sz="0" w:space="0" w:color="auto" w:frame="1"/>
          <w:shd w:val="clear" w:color="auto" w:fill="FFFFFF"/>
        </w:rPr>
        <w:drawing>
          <wp:inline distT="0" distB="0" distL="0" distR="0" wp14:anchorId="460153FE" wp14:editId="216D335C">
            <wp:extent cx="1684020" cy="2989849"/>
            <wp:effectExtent l="0" t="0" r="0" b="1270"/>
            <wp:docPr id="1960673753" name="Picture 21" descr="A person in a cir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73753" name="Picture 21" descr="A person in a circle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66" cy="299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2919" w14:textId="312FF32A" w:rsidR="00E143CF" w:rsidRDefault="00015590" w:rsidP="00E143CF">
      <w:pPr>
        <w:pStyle w:val="ListBullet"/>
        <w:numPr>
          <w:ilvl w:val="0"/>
          <w:numId w:val="0"/>
        </w:numPr>
      </w:pPr>
      <w:r w:rsidRPr="00015590">
        <w:t>Host of the “Perfectly Imperfect Journeys” podcast, Natalie guides clients to move past anxiety and self-doubt and live more authentically through mindset coaching and hypnotherapy.</w:t>
      </w:r>
    </w:p>
    <w:p w14:paraId="41912C85" w14:textId="77777777" w:rsidR="00015590" w:rsidRDefault="00015590" w:rsidP="00E143CF">
      <w:pPr>
        <w:pStyle w:val="ListBullet"/>
        <w:numPr>
          <w:ilvl w:val="0"/>
          <w:numId w:val="0"/>
        </w:numPr>
      </w:pPr>
    </w:p>
    <w:p w14:paraId="2B6238C7" w14:textId="77777777" w:rsidR="00E34F81" w:rsidRDefault="00000000">
      <w:pPr>
        <w:pStyle w:val="ListBullet"/>
      </w:pPr>
      <w:r>
        <w:t>Contacts:</w:t>
      </w:r>
    </w:p>
    <w:p w14:paraId="72290088" w14:textId="6286DCE9" w:rsidR="00E34F81" w:rsidRDefault="00000000">
      <w:pPr>
        <w:pStyle w:val="ListContinue"/>
      </w:pPr>
      <w:r>
        <w:t xml:space="preserve">Email: </w:t>
      </w:r>
      <w:r w:rsidR="00015590">
        <w:t>natalie3101@hotmail</w:t>
      </w:r>
      <w:r>
        <w:t>.com</w:t>
      </w:r>
    </w:p>
    <w:p w14:paraId="2A06643C" w14:textId="1B532A67" w:rsidR="00E34F81" w:rsidRDefault="00000000">
      <w:pPr>
        <w:pStyle w:val="ListContinue"/>
      </w:pPr>
      <w:r>
        <w:t>Instagram: @</w:t>
      </w:r>
      <w:r w:rsidR="00015590">
        <w:t>natalie_mindset_coaching_</w:t>
      </w:r>
    </w:p>
    <w:p w14:paraId="25083DE4" w14:textId="3B8D89B1" w:rsidR="00015590" w:rsidRDefault="00015590">
      <w:pPr>
        <w:pStyle w:val="ListContinue"/>
      </w:pPr>
      <w:r>
        <w:t xml:space="preserve">Website: </w:t>
      </w:r>
      <w:hyperlink r:id="rId43" w:history="1">
        <w:r w:rsidRPr="000665BC">
          <w:rPr>
            <w:rStyle w:val="Hyperlink"/>
          </w:rPr>
          <w:t>www.nataliemindset.com</w:t>
        </w:r>
      </w:hyperlink>
    </w:p>
    <w:p w14:paraId="3AE29DEF" w14:textId="21B0B12B" w:rsidR="00015590" w:rsidRDefault="00015590">
      <w:pPr>
        <w:pStyle w:val="ListContinue"/>
      </w:pPr>
      <w:proofErr w:type="spellStart"/>
      <w:r>
        <w:t>Linkedin</w:t>
      </w:r>
      <w:proofErr w:type="spellEnd"/>
      <w:r>
        <w:t xml:space="preserve">:  </w:t>
      </w:r>
    </w:p>
    <w:p w14:paraId="3C1F959F" w14:textId="2BA04409" w:rsidR="00087EF5" w:rsidRDefault="00087EF5" w:rsidP="00087EF5">
      <w:pPr>
        <w:pStyle w:val="Heading2"/>
      </w:pPr>
      <w:r>
        <w:t xml:space="preserve">Pilar </w:t>
      </w:r>
      <w:proofErr w:type="spellStart"/>
      <w:r>
        <w:t>Sifas</w:t>
      </w:r>
      <w:proofErr w:type="spellEnd"/>
      <w:r>
        <w:t xml:space="preserve"> </w:t>
      </w:r>
      <w:proofErr w:type="spellStart"/>
      <w:r>
        <w:t>Obiol</w:t>
      </w:r>
      <w:proofErr w:type="spellEnd"/>
    </w:p>
    <w:p w14:paraId="5AF8578B" w14:textId="77777777" w:rsidR="00087EF5" w:rsidRDefault="00087EF5" w:rsidP="00087EF5">
      <w:pPr>
        <w:pStyle w:val="IntenseQuote"/>
        <w:jc w:val="center"/>
      </w:pPr>
      <w:r w:rsidRPr="00087EF5">
        <w:t>Founder, Clarity Coaching (London)</w:t>
      </w:r>
    </w:p>
    <w:p w14:paraId="22BBC7B6" w14:textId="2EEF6466" w:rsidR="00087EF5" w:rsidRDefault="00087EF5" w:rsidP="00087EF5">
      <w:pPr>
        <w:pStyle w:val="IntenseQuote"/>
        <w:jc w:val="center"/>
      </w:pPr>
      <w:r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7AE94BCC" wp14:editId="4E9CE8C2">
            <wp:extent cx="1905000" cy="1813560"/>
            <wp:effectExtent l="0" t="0" r="0" b="0"/>
            <wp:docPr id="61326707" name="Picture 11" descr="A perso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6707" name="Picture 11" descr="A person smil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AD30" w14:textId="05B25847" w:rsidR="00087EF5" w:rsidRDefault="00915374" w:rsidP="00915374">
      <w:pPr>
        <w:pStyle w:val="ListBullet"/>
        <w:numPr>
          <w:ilvl w:val="0"/>
          <w:numId w:val="0"/>
        </w:numPr>
      </w:pPr>
      <w:r w:rsidRPr="00915374">
        <w:t>Workplace life-coach who helps early- and mid-career professionals build confidence, manage stress and time, and advance with purpose. An Association for Coaching member, Pilar delivers 1-to-1 sessions in English &amp; Spanish—online or in-person—and offers free discovery calls.</w:t>
      </w:r>
    </w:p>
    <w:p w14:paraId="392F0F9A" w14:textId="77777777" w:rsidR="00915374" w:rsidRDefault="00915374" w:rsidP="00915374">
      <w:pPr>
        <w:pStyle w:val="ListBullet"/>
        <w:numPr>
          <w:ilvl w:val="0"/>
          <w:numId w:val="0"/>
        </w:numPr>
      </w:pPr>
    </w:p>
    <w:p w14:paraId="18E94785" w14:textId="50EB7F40" w:rsidR="00087EF5" w:rsidRDefault="00087EF5" w:rsidP="00087EF5">
      <w:pPr>
        <w:pStyle w:val="ListBullet"/>
      </w:pPr>
      <w:r>
        <w:t>Contacts:</w:t>
      </w:r>
    </w:p>
    <w:p w14:paraId="77089822" w14:textId="4B1A48DD" w:rsidR="00087EF5" w:rsidRDefault="00087EF5" w:rsidP="00087EF5">
      <w:pPr>
        <w:pStyle w:val="ListBullet"/>
        <w:numPr>
          <w:ilvl w:val="0"/>
          <w:numId w:val="0"/>
        </w:numPr>
        <w:ind w:left="360"/>
      </w:pPr>
      <w:hyperlink r:id="rId45" w:history="1">
        <w:r w:rsidRPr="000665BC">
          <w:rPr>
            <w:rStyle w:val="Hyperlink"/>
            <w:rFonts w:ascii="Arial" w:hAnsi="Arial" w:cs="Arial"/>
            <w:b/>
            <w:bCs/>
            <w:sz w:val="20"/>
            <w:szCs w:val="20"/>
            <w:shd w:val="clear" w:color="auto" w:fill="FFFFFF"/>
          </w:rPr>
          <w:t>clarity@yourclaritycoaching.com</w:t>
        </w:r>
      </w:hyperlink>
    </w:p>
    <w:p w14:paraId="1FC14F0F" w14:textId="77777777" w:rsidR="00087EF5" w:rsidRDefault="00087EF5" w:rsidP="00087EF5">
      <w:pPr>
        <w:pStyle w:val="ListBullet"/>
        <w:numPr>
          <w:ilvl w:val="0"/>
          <w:numId w:val="0"/>
        </w:numPr>
        <w:ind w:left="360"/>
      </w:pPr>
      <w:r>
        <w:rPr>
          <w:color w:val="222222"/>
          <w:shd w:val="clear" w:color="auto" w:fill="FFFFFF"/>
        </w:rPr>
        <w:t xml:space="preserve">Email: </w:t>
      </w:r>
      <w:r>
        <w:rPr>
          <w:shd w:val="clear" w:color="auto" w:fill="FFFFFF"/>
        </w:rPr>
        <w:t>clarity@yourclaritycoaching.com</w:t>
      </w:r>
    </w:p>
    <w:p w14:paraId="5602ABEB" w14:textId="77777777" w:rsidR="00087EF5" w:rsidRDefault="00087EF5" w:rsidP="00087EF5">
      <w:pPr>
        <w:pStyle w:val="ListBullet"/>
        <w:numPr>
          <w:ilvl w:val="0"/>
          <w:numId w:val="0"/>
        </w:numPr>
        <w:ind w:left="360"/>
      </w:pPr>
      <w:r>
        <w:rPr>
          <w:shd w:val="clear" w:color="auto" w:fill="FFFFFF"/>
        </w:rPr>
        <w:t>Phone: +44 (0) 7999 404 259</w:t>
      </w:r>
    </w:p>
    <w:p w14:paraId="3F8A3C6C" w14:textId="77777777" w:rsidR="00087EF5" w:rsidRDefault="00087EF5" w:rsidP="00087EF5">
      <w:pPr>
        <w:pStyle w:val="ListBullet"/>
        <w:numPr>
          <w:ilvl w:val="0"/>
          <w:numId w:val="0"/>
        </w:numPr>
        <w:ind w:left="360"/>
      </w:pPr>
      <w: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Website: </w:t>
      </w:r>
      <w:hyperlink r:id="rId46" w:history="1">
        <w:r>
          <w:rPr>
            <w:rStyle w:val="Hyperlink"/>
            <w:rFonts w:ascii="Arial" w:hAnsi="Arial" w:cs="Arial"/>
            <w:b/>
            <w:bCs/>
            <w:color w:val="1155CC"/>
            <w:sz w:val="20"/>
            <w:szCs w:val="20"/>
            <w:shd w:val="clear" w:color="auto" w:fill="FFFFFF"/>
          </w:rPr>
          <w:t>www.yourclaritycoaching.com</w:t>
        </w:r>
      </w:hyperlink>
    </w:p>
    <w:p w14:paraId="353CE436" w14:textId="77777777" w:rsidR="00087EF5" w:rsidRDefault="00087EF5" w:rsidP="00087EF5">
      <w:pPr>
        <w:pStyle w:val="ListBullet"/>
        <w:numPr>
          <w:ilvl w:val="0"/>
          <w:numId w:val="0"/>
        </w:numPr>
        <w:ind w:left="360"/>
      </w:pPr>
      <w:proofErr w:type="spellStart"/>
      <w: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EventBrite</w:t>
      </w:r>
      <w:proofErr w:type="spellEnd"/>
      <w: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: </w:t>
      </w:r>
      <w:hyperlink r:id="rId47" w:history="1">
        <w:r>
          <w:rPr>
            <w:rStyle w:val="Hyperlink"/>
            <w:rFonts w:ascii="Arial" w:hAnsi="Arial" w:cs="Arial"/>
            <w:b/>
            <w:bCs/>
            <w:color w:val="1155CC"/>
            <w:sz w:val="20"/>
            <w:szCs w:val="20"/>
            <w:shd w:val="clear" w:color="auto" w:fill="FFFFFF"/>
          </w:rPr>
          <w:t>https://www.eventbrite.co.uk/o/pilar-sifas-obiol-77134698563</w:t>
        </w:r>
      </w:hyperlink>
      <w:r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 </w:t>
      </w:r>
    </w:p>
    <w:p w14:paraId="7DF19645" w14:textId="72DF462E" w:rsidR="00E34F81" w:rsidRDefault="00000000">
      <w:pPr>
        <w:pStyle w:val="Heading2"/>
      </w:pPr>
      <w:r>
        <w:t>Priyanka Thakrar</w:t>
      </w:r>
    </w:p>
    <w:p w14:paraId="381ECE87" w14:textId="38BCF1B3" w:rsidR="00E34F81" w:rsidRDefault="00000000" w:rsidP="00915374">
      <w:pPr>
        <w:pStyle w:val="IntenseQuote"/>
        <w:jc w:val="center"/>
      </w:pPr>
      <w:r>
        <w:t>Founder – Riva Wellness (Postnatal Platform)</w:t>
      </w:r>
      <w:r w:rsidR="00915374">
        <w:t xml:space="preserve"> </w:t>
      </w:r>
      <w:r w:rsidR="00915374">
        <w:rPr>
          <w:rFonts w:ascii="Arial" w:hAnsi="Arial" w:cs="Arial"/>
          <w:b w:val="0"/>
          <w:bCs w:val="0"/>
          <w:noProof/>
          <w:color w:val="404040"/>
          <w:bdr w:val="none" w:sz="0" w:space="0" w:color="auto" w:frame="1"/>
          <w:shd w:val="clear" w:color="auto" w:fill="FFFFFF"/>
        </w:rPr>
        <w:drawing>
          <wp:inline distT="0" distB="0" distL="0" distR="0" wp14:anchorId="558853F5" wp14:editId="0276F75F">
            <wp:extent cx="1684020" cy="2103120"/>
            <wp:effectExtent l="0" t="0" r="0" b="0"/>
            <wp:docPr id="1668967190" name="Picture 12" descr="A person in a blac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67190" name="Picture 12" descr="A person in a black dr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B0EB3" w14:textId="77777777" w:rsidR="00915374" w:rsidRDefault="00915374" w:rsidP="00915374">
      <w:pPr>
        <w:pStyle w:val="ListBullet"/>
        <w:numPr>
          <w:ilvl w:val="0"/>
          <w:numId w:val="0"/>
        </w:numPr>
      </w:pPr>
      <w:r>
        <w:t>Building inclusive, expert‑led spaces that support physical and emotional postpartum recovery.</w:t>
      </w:r>
    </w:p>
    <w:p w14:paraId="7B25135D" w14:textId="77777777" w:rsidR="00915374" w:rsidRDefault="00915374" w:rsidP="00915374">
      <w:pPr>
        <w:pStyle w:val="ListBullet"/>
        <w:numPr>
          <w:ilvl w:val="0"/>
          <w:numId w:val="0"/>
        </w:numPr>
      </w:pPr>
    </w:p>
    <w:p w14:paraId="10E5D575" w14:textId="77777777" w:rsidR="00E34F81" w:rsidRDefault="00000000">
      <w:pPr>
        <w:pStyle w:val="ListBullet"/>
      </w:pPr>
      <w:r>
        <w:t>Contacts:</w:t>
      </w:r>
    </w:p>
    <w:p w14:paraId="5C3A96C2" w14:textId="0CE0E6BE" w:rsidR="00E34F81" w:rsidRDefault="00000000">
      <w:pPr>
        <w:pStyle w:val="ListContinue"/>
      </w:pPr>
      <w:r>
        <w:t xml:space="preserve">Email: </w:t>
      </w:r>
      <w:hyperlink r:id="rId49" w:history="1">
        <w:r w:rsidR="00915374" w:rsidRPr="000665BC">
          <w:rPr>
            <w:rStyle w:val="Hyperlink"/>
          </w:rPr>
          <w:t>pri@rivawelness.co.uk</w:t>
        </w:r>
      </w:hyperlink>
    </w:p>
    <w:p w14:paraId="071C5A0B" w14:textId="77777777" w:rsidR="00915374" w:rsidRPr="00915374" w:rsidRDefault="00915374" w:rsidP="00915374">
      <w:pPr>
        <w:pStyle w:val="ListContinue"/>
        <w:rPr>
          <w:lang w:val="en-GB"/>
        </w:rPr>
      </w:pPr>
      <w:hyperlink r:id="rId50" w:history="1">
        <w:r w:rsidRPr="00915374">
          <w:rPr>
            <w:rStyle w:val="Hyperlink"/>
            <w:b/>
            <w:bCs/>
            <w:lang w:val="en-GB"/>
          </w:rPr>
          <w:t>Instagram</w:t>
        </w:r>
      </w:hyperlink>
    </w:p>
    <w:p w14:paraId="65B71270" w14:textId="77777777" w:rsidR="00915374" w:rsidRPr="00915374" w:rsidRDefault="00915374" w:rsidP="00915374">
      <w:pPr>
        <w:pStyle w:val="ListContinue"/>
        <w:rPr>
          <w:lang w:val="en-GB"/>
        </w:rPr>
      </w:pPr>
      <w:hyperlink r:id="rId51" w:history="1">
        <w:r w:rsidRPr="00915374">
          <w:rPr>
            <w:rStyle w:val="Hyperlink"/>
            <w:b/>
            <w:bCs/>
            <w:lang w:val="en-GB"/>
          </w:rPr>
          <w:t>Website</w:t>
        </w:r>
      </w:hyperlink>
    </w:p>
    <w:p w14:paraId="3B4B469A" w14:textId="77777777" w:rsidR="00915374" w:rsidRPr="00915374" w:rsidRDefault="00915374" w:rsidP="00915374">
      <w:pPr>
        <w:pStyle w:val="ListContinue"/>
        <w:rPr>
          <w:lang w:val="en-GB"/>
        </w:rPr>
      </w:pPr>
      <w:hyperlink r:id="rId52" w:history="1">
        <w:proofErr w:type="spellStart"/>
        <w:r w:rsidRPr="00915374">
          <w:rPr>
            <w:rStyle w:val="Hyperlink"/>
            <w:b/>
            <w:bCs/>
            <w:lang w:val="en-GB"/>
          </w:rPr>
          <w:t>Linkedin</w:t>
        </w:r>
        <w:proofErr w:type="spellEnd"/>
        <w:r w:rsidRPr="00915374">
          <w:rPr>
            <w:rStyle w:val="Hyperlink"/>
            <w:b/>
            <w:bCs/>
            <w:lang w:val="en-GB"/>
          </w:rPr>
          <w:t xml:space="preserve"> (Riva)</w:t>
        </w:r>
      </w:hyperlink>
    </w:p>
    <w:p w14:paraId="51E05BB5" w14:textId="77777777" w:rsidR="00915374" w:rsidRPr="00915374" w:rsidRDefault="00915374" w:rsidP="00915374">
      <w:pPr>
        <w:pStyle w:val="ListContinue"/>
        <w:rPr>
          <w:lang w:val="en-GB"/>
        </w:rPr>
      </w:pPr>
      <w:hyperlink r:id="rId53" w:history="1">
        <w:r w:rsidRPr="00915374">
          <w:rPr>
            <w:rStyle w:val="Hyperlink"/>
            <w:b/>
            <w:bCs/>
            <w:lang w:val="en-GB"/>
          </w:rPr>
          <w:t>LinkedIn (Personal)</w:t>
        </w:r>
      </w:hyperlink>
    </w:p>
    <w:p w14:paraId="015510C9" w14:textId="77777777" w:rsidR="00915374" w:rsidRDefault="00915374">
      <w:pPr>
        <w:pStyle w:val="ListContinue"/>
      </w:pPr>
    </w:p>
    <w:p w14:paraId="4B2FC806" w14:textId="77777777" w:rsidR="00E34F81" w:rsidRDefault="00000000">
      <w:pPr>
        <w:pStyle w:val="Heading2"/>
      </w:pPr>
      <w:r>
        <w:t>Samantha Watson</w:t>
      </w:r>
    </w:p>
    <w:p w14:paraId="031963AD" w14:textId="77777777" w:rsidR="00E34F81" w:rsidRDefault="00000000">
      <w:pPr>
        <w:pStyle w:val="IntenseQuote"/>
      </w:pPr>
      <w:r>
        <w:t>Osteopath &amp; Health Coach – Discovering Wellness</w:t>
      </w:r>
    </w:p>
    <w:p w14:paraId="0011A0FE" w14:textId="77777777" w:rsidR="00E34F81" w:rsidRDefault="00000000">
      <w:pPr>
        <w:pStyle w:val="ListBullet"/>
      </w:pPr>
      <w:r>
        <w:t>Contacts:</w:t>
      </w:r>
    </w:p>
    <w:p w14:paraId="3F59EC25" w14:textId="77777777" w:rsidR="00E34F81" w:rsidRDefault="00000000">
      <w:pPr>
        <w:pStyle w:val="ListContinue"/>
      </w:pPr>
      <w:r>
        <w:t>Email: sam@discoveringwellness.co.uk</w:t>
      </w:r>
    </w:p>
    <w:p w14:paraId="77C516EE" w14:textId="77777777" w:rsidR="00E34F81" w:rsidRDefault="00000000">
      <w:pPr>
        <w:pStyle w:val="ListContinue"/>
      </w:pPr>
      <w:r>
        <w:t>Website: discoveringwellness.co.uk</w:t>
      </w:r>
    </w:p>
    <w:p w14:paraId="5F0DB360" w14:textId="77777777" w:rsidR="00E34F81" w:rsidRDefault="00000000">
      <w:pPr>
        <w:pStyle w:val="ListContinue"/>
      </w:pPr>
      <w:r>
        <w:t>Instagram: @samtheosteocoach</w:t>
      </w:r>
    </w:p>
    <w:p w14:paraId="2BA76116" w14:textId="77777777" w:rsidR="00E34F81" w:rsidRDefault="00000000">
      <w:r>
        <w:t>Guides clients to heal their relationship with food and build balanced, sustainable lifestyles.</w:t>
      </w:r>
    </w:p>
    <w:p w14:paraId="4F446275" w14:textId="77777777" w:rsidR="00E34F81" w:rsidRDefault="00000000">
      <w:pPr>
        <w:pStyle w:val="Heading2"/>
      </w:pPr>
      <w:r>
        <w:t>Shell (Michelle Rees)</w:t>
      </w:r>
    </w:p>
    <w:p w14:paraId="0D81F7B3" w14:textId="4D4F3A34" w:rsidR="00E34F81" w:rsidRDefault="00000000" w:rsidP="00DB633D">
      <w:pPr>
        <w:pStyle w:val="IntenseQuote"/>
        <w:jc w:val="center"/>
      </w:pPr>
      <w:r>
        <w:t>Personalised Nutrition &amp; Fitness Coach – Be Well With Shell</w:t>
      </w:r>
      <w:r w:rsidR="00DB633D">
        <w:t xml:space="preserve"> </w:t>
      </w:r>
      <w:r w:rsidR="00DB633D"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499E9C31" wp14:editId="7378C916">
            <wp:extent cx="1234440" cy="2019300"/>
            <wp:effectExtent l="0" t="0" r="3810" b="0"/>
            <wp:docPr id="1750057355" name="Picture 2" descr="A person smiling for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57355" name="Picture 2" descr="A person smiling for the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B796" w14:textId="77777777" w:rsidR="00DB633D" w:rsidRDefault="00DB633D" w:rsidP="00DB633D">
      <w:pPr>
        <w:pStyle w:val="ListBullet"/>
        <w:numPr>
          <w:ilvl w:val="0"/>
          <w:numId w:val="0"/>
        </w:numPr>
        <w:ind w:left="360" w:hanging="360"/>
      </w:pPr>
      <w:r>
        <w:t>Test‑based nutrition and sustainable lifestyle coaching in East Sussex and online.</w:t>
      </w:r>
    </w:p>
    <w:p w14:paraId="4E0855A9" w14:textId="77777777" w:rsidR="00E34F81" w:rsidRDefault="00000000">
      <w:pPr>
        <w:pStyle w:val="ListBullet"/>
      </w:pPr>
      <w:r>
        <w:t>Contacts:</w:t>
      </w:r>
    </w:p>
    <w:p w14:paraId="30CB00BF" w14:textId="77777777" w:rsidR="00E34F81" w:rsidRDefault="00000000">
      <w:pPr>
        <w:pStyle w:val="ListContinue"/>
      </w:pPr>
      <w:r>
        <w:t>Email: shell@bewellwithshell.com</w:t>
      </w:r>
    </w:p>
    <w:p w14:paraId="76E87CBF" w14:textId="77777777" w:rsidR="00E34F81" w:rsidRDefault="00000000">
      <w:pPr>
        <w:pStyle w:val="ListContinue"/>
      </w:pPr>
      <w:r>
        <w:t>Website: bewellwithshell.com</w:t>
      </w:r>
    </w:p>
    <w:p w14:paraId="500691AA" w14:textId="77777777" w:rsidR="00E34F81" w:rsidRDefault="00000000">
      <w:pPr>
        <w:pStyle w:val="ListContinue"/>
      </w:pPr>
      <w:r>
        <w:t>LinkedIn: linkedin.com/in/michelle-rees-a6558519a</w:t>
      </w:r>
    </w:p>
    <w:p w14:paraId="05408323" w14:textId="77777777" w:rsidR="00E34F81" w:rsidRDefault="00000000">
      <w:pPr>
        <w:pStyle w:val="Heading2"/>
      </w:pPr>
      <w:r>
        <w:t>Stephanie Camilleri</w:t>
      </w:r>
    </w:p>
    <w:p w14:paraId="16F39149" w14:textId="77777777" w:rsidR="00E34F81" w:rsidRDefault="00000000">
      <w:pPr>
        <w:pStyle w:val="IntenseQuote"/>
      </w:pPr>
      <w:r>
        <w:t>Founder – The ADHD Advocate</w:t>
      </w:r>
    </w:p>
    <w:p w14:paraId="19196082" w14:textId="77777777" w:rsidR="00E34F81" w:rsidRDefault="00000000">
      <w:pPr>
        <w:pStyle w:val="ListBullet"/>
      </w:pPr>
      <w:r>
        <w:t>Contacts:</w:t>
      </w:r>
    </w:p>
    <w:p w14:paraId="7D981D89" w14:textId="77777777" w:rsidR="00E34F81" w:rsidRDefault="00000000">
      <w:pPr>
        <w:pStyle w:val="ListContinue"/>
      </w:pPr>
      <w:r>
        <w:t>Email: stephanie@theadhdadvocate.com</w:t>
      </w:r>
    </w:p>
    <w:p w14:paraId="4FB20775" w14:textId="77777777" w:rsidR="00E34F81" w:rsidRDefault="00000000">
      <w:pPr>
        <w:pStyle w:val="ListContinue"/>
      </w:pPr>
      <w:r>
        <w:t>Website: theadhdadvocate.com</w:t>
      </w:r>
    </w:p>
    <w:p w14:paraId="7BD4E28D" w14:textId="77777777" w:rsidR="00E34F81" w:rsidRDefault="00000000">
      <w:r>
        <w:t>Advocates, educates and supports individuals with ADHD through coaching and consultancy.</w:t>
      </w:r>
    </w:p>
    <w:p w14:paraId="31042D44" w14:textId="77777777" w:rsidR="00E34F81" w:rsidRDefault="00000000">
      <w:pPr>
        <w:pStyle w:val="Heading2"/>
      </w:pPr>
      <w:r>
        <w:t>Sunila Prasad MBBS BSc MRCPCH Lic.Ac</w:t>
      </w:r>
    </w:p>
    <w:p w14:paraId="08494EDE" w14:textId="7558C317" w:rsidR="00E34F81" w:rsidRDefault="00000000" w:rsidP="00E143CF">
      <w:pPr>
        <w:pStyle w:val="IntenseQuote"/>
        <w:jc w:val="center"/>
      </w:pPr>
      <w:r>
        <w:t>Medical Doctor &amp; Acupuncturist – SP Acupuncture</w:t>
      </w:r>
      <w:r w:rsidR="00E143CF" w:rsidRPr="00E143CF">
        <w:rPr>
          <w:rFonts w:ascii="Arial" w:hAnsi="Arial" w:cs="Arial"/>
          <w:b w:val="0"/>
          <w:bCs w:val="0"/>
          <w:color w:val="222222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E143CF"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5A6CE886" wp14:editId="6941351A">
            <wp:extent cx="1615440" cy="1744980"/>
            <wp:effectExtent l="0" t="0" r="3810" b="7620"/>
            <wp:docPr id="18860296" name="Picture 16" descr="A person smiling in front of a bu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296" name="Picture 16" descr="A person smiling in front of a bus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B3790" w14:textId="77777777" w:rsidR="00E143CF" w:rsidRDefault="00E143CF" w:rsidP="00E143CF">
      <w:pPr>
        <w:pStyle w:val="ListBullet"/>
        <w:numPr>
          <w:ilvl w:val="0"/>
          <w:numId w:val="0"/>
        </w:numPr>
      </w:pPr>
      <w:r>
        <w:t>Combines Western medicine and traditional Chinese techniques to deliver holistic women’s health care.</w:t>
      </w:r>
    </w:p>
    <w:p w14:paraId="7D881E78" w14:textId="77777777" w:rsidR="00E143CF" w:rsidRDefault="00E143CF" w:rsidP="00E143CF">
      <w:pPr>
        <w:pStyle w:val="ListBullet"/>
        <w:numPr>
          <w:ilvl w:val="0"/>
          <w:numId w:val="0"/>
        </w:numPr>
      </w:pPr>
    </w:p>
    <w:p w14:paraId="7F6340DC" w14:textId="77777777" w:rsidR="00E34F81" w:rsidRDefault="00000000">
      <w:pPr>
        <w:pStyle w:val="ListBullet"/>
      </w:pPr>
      <w:r>
        <w:t>Contacts:</w:t>
      </w:r>
    </w:p>
    <w:p w14:paraId="1DBC2A31" w14:textId="77777777" w:rsidR="00E34F81" w:rsidRDefault="00000000">
      <w:pPr>
        <w:pStyle w:val="ListContinue"/>
      </w:pPr>
      <w:r>
        <w:t>Email: sunilap.acu@gmail.com</w:t>
      </w:r>
    </w:p>
    <w:p w14:paraId="56AB4D6D" w14:textId="77777777" w:rsidR="00E34F81" w:rsidRDefault="00000000">
      <w:pPr>
        <w:pStyle w:val="ListContinue"/>
      </w:pPr>
      <w:r>
        <w:t>Instagram: @sp.acupuncture</w:t>
      </w:r>
    </w:p>
    <w:p w14:paraId="04C62E36" w14:textId="77777777" w:rsidR="00E34F81" w:rsidRDefault="00000000">
      <w:pPr>
        <w:pStyle w:val="ListContinue"/>
      </w:pPr>
      <w:r>
        <w:t>Mobile: 07424 477 319</w:t>
      </w:r>
    </w:p>
    <w:p w14:paraId="1F238850" w14:textId="34A95CE5" w:rsidR="00E87E88" w:rsidRDefault="00000000" w:rsidP="00E87E88">
      <w:pPr>
        <w:pStyle w:val="Heading2"/>
      </w:pPr>
      <w:r>
        <w:t>Susannah Dale</w:t>
      </w:r>
    </w:p>
    <w:p w14:paraId="313119F7" w14:textId="77777777" w:rsidR="00E87E88" w:rsidRDefault="00E87E88" w:rsidP="00E87E88">
      <w:pPr>
        <w:pStyle w:val="IntenseQuote"/>
        <w:ind w:left="720"/>
        <w:jc w:val="center"/>
      </w:pPr>
      <w:r>
        <w:t xml:space="preserve">Founder – The Maternity Pledge &amp; The </w:t>
      </w:r>
      <w:proofErr w:type="spellStart"/>
      <w:r>
        <w:t>Matrescence</w:t>
      </w:r>
      <w:proofErr w:type="spellEnd"/>
      <w:r>
        <w:t xml:space="preserve"> Club </w:t>
      </w:r>
      <w:r>
        <w:rPr>
          <w:rFonts w:ascii="Arial" w:hAnsi="Arial" w:cs="Arial"/>
          <w:b w:val="0"/>
          <w:bCs w:val="0"/>
          <w:noProof/>
          <w:color w:val="000000"/>
          <w:bdr w:val="none" w:sz="0" w:space="0" w:color="auto" w:frame="1"/>
        </w:rPr>
        <w:drawing>
          <wp:inline distT="0" distB="0" distL="0" distR="0" wp14:anchorId="44D6B44C" wp14:editId="7BCF9A1A">
            <wp:extent cx="1005840" cy="1257300"/>
            <wp:effectExtent l="0" t="0" r="3810" b="0"/>
            <wp:docPr id="855274818" name="Picture 1" descr="A person taking a self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45943" name="Picture 1" descr="A person taking a self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DD559" w14:textId="77777777" w:rsidR="00E87E88" w:rsidRDefault="00E87E88" w:rsidP="00E87E88">
      <w:pPr>
        <w:pStyle w:val="ListBullet"/>
        <w:numPr>
          <w:ilvl w:val="0"/>
          <w:numId w:val="0"/>
        </w:numPr>
      </w:pPr>
      <w:r>
        <w:t xml:space="preserve">Creates antenatal and workplace resources on </w:t>
      </w:r>
      <w:proofErr w:type="spellStart"/>
      <w:r>
        <w:t>matrescence</w:t>
      </w:r>
      <w:proofErr w:type="spellEnd"/>
      <w:r>
        <w:t xml:space="preserve">; runs social‑impact training for </w:t>
      </w:r>
      <w:proofErr w:type="spellStart"/>
      <w:r>
        <w:t>organisations</w:t>
      </w:r>
      <w:proofErr w:type="spellEnd"/>
      <w:r>
        <w:t xml:space="preserve"> to better support new parents.</w:t>
      </w:r>
    </w:p>
    <w:p w14:paraId="64AE8F25" w14:textId="77777777" w:rsidR="00E87E88" w:rsidRDefault="00E87E88" w:rsidP="00E87E88">
      <w:pPr>
        <w:pStyle w:val="ListBullet"/>
        <w:numPr>
          <w:ilvl w:val="0"/>
          <w:numId w:val="0"/>
        </w:numPr>
      </w:pPr>
    </w:p>
    <w:p w14:paraId="17B67A27" w14:textId="77777777" w:rsidR="00E87E88" w:rsidRDefault="00E87E88" w:rsidP="00E87E88">
      <w:pPr>
        <w:pStyle w:val="ListBullet"/>
      </w:pPr>
      <w:r>
        <w:t>Contacts:</w:t>
      </w:r>
    </w:p>
    <w:p w14:paraId="4E78D95F" w14:textId="77777777" w:rsidR="00E87E88" w:rsidRDefault="00E87E88" w:rsidP="00E87E88">
      <w:pPr>
        <w:pStyle w:val="ListContinue"/>
      </w:pPr>
      <w:r>
        <w:t>Email: susannah@maternitypledge.com</w:t>
      </w:r>
    </w:p>
    <w:p w14:paraId="0D37FBFD" w14:textId="77777777" w:rsidR="00E87E88" w:rsidRDefault="00E87E88" w:rsidP="00E87E88">
      <w:pPr>
        <w:pStyle w:val="ListContinue"/>
      </w:pPr>
      <w:r>
        <w:t>Website: maternitypledge.com</w:t>
      </w:r>
    </w:p>
    <w:p w14:paraId="37CAD0A8" w14:textId="77777777" w:rsidR="00E87E88" w:rsidRDefault="00E87E88" w:rsidP="00E87E88">
      <w:pPr>
        <w:pStyle w:val="ListContinue"/>
      </w:pPr>
      <w:r>
        <w:t>Instagram: @matrescence_club</w:t>
      </w:r>
    </w:p>
    <w:p w14:paraId="7AB39C43" w14:textId="77777777" w:rsidR="00E87E88" w:rsidRDefault="00E87E88" w:rsidP="00E87E88">
      <w:pPr>
        <w:pStyle w:val="ListContinue"/>
      </w:pPr>
      <w:r>
        <w:t>Phone: 07535 007 276</w:t>
      </w:r>
    </w:p>
    <w:p w14:paraId="577EB15F" w14:textId="77777777" w:rsidR="00E87E88" w:rsidRDefault="00E87E88" w:rsidP="00E87E88"/>
    <w:p w14:paraId="6802D664" w14:textId="36B261B8" w:rsidR="00E34F81" w:rsidRDefault="00E87E88">
      <w:pPr>
        <w:pStyle w:val="Heading2"/>
      </w:pPr>
      <w:r>
        <w:lastRenderedPageBreak/>
        <w:t>Wizz Selvey</w:t>
      </w:r>
      <w:r w:rsidR="00015590">
        <w:br/>
      </w:r>
      <w:r w:rsidR="00015590">
        <w:br/>
      </w:r>
      <w:r w:rsidR="00015590">
        <w:br/>
      </w:r>
      <w:r w:rsidR="00015590">
        <w:br/>
      </w:r>
    </w:p>
    <w:p w14:paraId="26CAFF4F" w14:textId="77777777" w:rsidR="00E87E88" w:rsidRDefault="00E87E88" w:rsidP="00DB633D">
      <w:pPr>
        <w:pStyle w:val="IntenseQuote"/>
        <w:ind w:left="720"/>
        <w:jc w:val="center"/>
      </w:pPr>
    </w:p>
    <w:p w14:paraId="63246C42" w14:textId="075A1B03" w:rsidR="00E87E88" w:rsidRDefault="00E87E88" w:rsidP="00DB633D">
      <w:pPr>
        <w:pStyle w:val="IntenseQuote"/>
        <w:ind w:left="720"/>
        <w:jc w:val="center"/>
        <w:rPr>
          <w:rFonts w:ascii="Arial" w:hAnsi="Arial" w:cs="Arial"/>
          <w:b w:val="0"/>
          <w:bCs w:val="0"/>
          <w:noProof/>
          <w:color w:val="000000"/>
          <w:bdr w:val="none" w:sz="0" w:space="0" w:color="auto" w:frame="1"/>
        </w:rPr>
      </w:pPr>
      <w:r w:rsidRPr="00E87E88">
        <w:t>Co-Founder, Valerie</w:t>
      </w:r>
      <w:r>
        <w:rPr>
          <w:rFonts w:ascii="Arial" w:hAnsi="Arial" w:cs="Arial"/>
          <w:b w:val="0"/>
          <w:bCs w:val="0"/>
          <w:noProof/>
          <w:color w:val="000000"/>
          <w:bdr w:val="none" w:sz="0" w:space="0" w:color="auto" w:frame="1"/>
        </w:rPr>
        <w:t xml:space="preserve"> </w:t>
      </w:r>
    </w:p>
    <w:p w14:paraId="4FE7A566" w14:textId="0B7002B4" w:rsidR="00E34F81" w:rsidRDefault="00E87E88" w:rsidP="00DB633D">
      <w:pPr>
        <w:pStyle w:val="IntenseQuote"/>
        <w:ind w:left="720"/>
        <w:jc w:val="center"/>
      </w:pPr>
      <w:r>
        <w:rPr>
          <w:rFonts w:ascii="Arial" w:hAnsi="Arial" w:cs="Arial"/>
          <w:b w:val="0"/>
          <w:bCs w:val="0"/>
          <w:noProof/>
          <w:color w:val="222222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3A51290A" wp14:editId="7CDB7DA4">
            <wp:extent cx="1874520" cy="1249680"/>
            <wp:effectExtent l="0" t="0" r="0" b="7620"/>
            <wp:docPr id="1556339197" name="Picture 19" descr="A person with her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39197" name="Picture 19" descr="A person with her arms crosse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2EE5" w14:textId="3E5B51A2" w:rsidR="00DB633D" w:rsidRDefault="00E87E88" w:rsidP="00DB633D">
      <w:pPr>
        <w:pStyle w:val="ListBullet"/>
        <w:numPr>
          <w:ilvl w:val="0"/>
          <w:numId w:val="0"/>
        </w:numPr>
      </w:pPr>
      <w:r w:rsidRPr="00E87E88">
        <w:t>A former beauty-brand trendspotter who’s now on a mission to make perimenopause feel normal, Wizz co-created Valerie’s easy-to-take liquid supplements so women can keep their spark without the fuss.</w:t>
      </w:r>
    </w:p>
    <w:p w14:paraId="18CFB5A6" w14:textId="77777777" w:rsidR="00E87E88" w:rsidRDefault="00E87E88" w:rsidP="00DB633D">
      <w:pPr>
        <w:pStyle w:val="ListBullet"/>
        <w:numPr>
          <w:ilvl w:val="0"/>
          <w:numId w:val="0"/>
        </w:numPr>
      </w:pPr>
    </w:p>
    <w:p w14:paraId="04C1298D" w14:textId="77777777" w:rsidR="00E34F81" w:rsidRDefault="00000000">
      <w:pPr>
        <w:pStyle w:val="ListBullet"/>
      </w:pPr>
      <w:r>
        <w:t>Contacts:</w:t>
      </w:r>
    </w:p>
    <w:p w14:paraId="02F34C6D" w14:textId="601789E4" w:rsidR="002F64E1" w:rsidRPr="002F64E1" w:rsidRDefault="002F64E1" w:rsidP="002F64E1">
      <w:pPr>
        <w:pStyle w:val="ListBullet"/>
        <w:numPr>
          <w:ilvl w:val="0"/>
          <w:numId w:val="0"/>
        </w:numPr>
        <w:ind w:left="360"/>
      </w:pPr>
      <w:r w:rsidRPr="002F64E1">
        <w:t>wizz@wearevalerie.com</w:t>
      </w:r>
    </w:p>
    <w:p w14:paraId="7EE60FB9" w14:textId="324A4BE0" w:rsidR="00E87E88" w:rsidRPr="002F64E1" w:rsidRDefault="00E87E88" w:rsidP="00E87E88">
      <w:pPr>
        <w:pStyle w:val="ListBullet"/>
        <w:numPr>
          <w:ilvl w:val="0"/>
          <w:numId w:val="0"/>
        </w:numPr>
        <w:ind w:left="360"/>
      </w:pPr>
      <w:hyperlink r:id="rId58" w:history="1">
        <w:r w:rsidRPr="002F64E1">
          <w:rPr>
            <w:rStyle w:val="Hyperlink"/>
            <w:rFonts w:cs="Arial"/>
            <w:shd w:val="clear" w:color="auto" w:fill="FFFFFF"/>
          </w:rPr>
          <w:t>https://wearevalerie.com/</w:t>
        </w:r>
      </w:hyperlink>
      <w:r w:rsidRPr="002F64E1">
        <w:rPr>
          <w:shd w:val="clear" w:color="auto" w:fill="FFFFFF"/>
        </w:rPr>
        <w:t xml:space="preserve"> </w:t>
      </w:r>
    </w:p>
    <w:p w14:paraId="5AF629C9" w14:textId="76F1B5D8" w:rsidR="00E87E88" w:rsidRPr="002F64E1" w:rsidRDefault="00E87E88" w:rsidP="00E87E88">
      <w:pPr>
        <w:pStyle w:val="ListBullet"/>
        <w:numPr>
          <w:ilvl w:val="0"/>
          <w:numId w:val="0"/>
        </w:numPr>
        <w:ind w:left="360"/>
      </w:pPr>
      <w:hyperlink r:id="rId59" w:history="1">
        <w:r w:rsidRPr="002F64E1">
          <w:rPr>
            <w:rStyle w:val="Hyperlink"/>
            <w:rFonts w:cs="Arial"/>
            <w:shd w:val="clear" w:color="auto" w:fill="FFFFFF"/>
          </w:rPr>
          <w:t>https://instagram.com/weare.valerie</w:t>
        </w:r>
      </w:hyperlink>
    </w:p>
    <w:p w14:paraId="30ADEE58" w14:textId="0A9229D5" w:rsidR="00E87E88" w:rsidRPr="002F64E1" w:rsidRDefault="00E87E88" w:rsidP="00E87E88">
      <w:pPr>
        <w:pStyle w:val="ListBullet"/>
        <w:numPr>
          <w:ilvl w:val="0"/>
          <w:numId w:val="0"/>
        </w:numPr>
        <w:ind w:left="360"/>
      </w:pPr>
      <w:hyperlink r:id="rId60" w:history="1">
        <w:r w:rsidRPr="002F64E1">
          <w:rPr>
            <w:rStyle w:val="Hyperlink"/>
            <w:rFonts w:cs="Arial"/>
            <w:shd w:val="clear" w:color="auto" w:fill="FFFFFF"/>
          </w:rPr>
          <w:t>https://tiktok.com/@weare.valerie</w:t>
        </w:r>
      </w:hyperlink>
    </w:p>
    <w:p w14:paraId="1B9D7625" w14:textId="216A5872" w:rsidR="00E87E88" w:rsidRPr="002F64E1" w:rsidRDefault="00E87E88" w:rsidP="00E87E88">
      <w:pPr>
        <w:pStyle w:val="ListBullet"/>
        <w:numPr>
          <w:ilvl w:val="0"/>
          <w:numId w:val="0"/>
        </w:numPr>
        <w:ind w:left="360"/>
        <w:rPr>
          <w:rFonts w:cs="Arial"/>
          <w:shd w:val="clear" w:color="auto" w:fill="FFFFFF"/>
        </w:rPr>
      </w:pPr>
      <w:hyperlink r:id="rId61" w:history="1">
        <w:r w:rsidRPr="002F64E1">
          <w:rPr>
            <w:rStyle w:val="Hyperlink"/>
            <w:rFonts w:cs="Arial"/>
            <w:shd w:val="clear" w:color="auto" w:fill="FFFFFF"/>
          </w:rPr>
          <w:t>https://www.facebook.com/people/Valerie/61553752936091/</w:t>
        </w:r>
      </w:hyperlink>
    </w:p>
    <w:p w14:paraId="0DCAE3D4" w14:textId="692BB525" w:rsidR="002F64E1" w:rsidRPr="002F64E1" w:rsidRDefault="002F64E1" w:rsidP="002F64E1">
      <w:pPr>
        <w:pStyle w:val="ListBullet"/>
        <w:numPr>
          <w:ilvl w:val="0"/>
          <w:numId w:val="0"/>
        </w:numPr>
        <w:tabs>
          <w:tab w:val="left" w:pos="5148"/>
        </w:tabs>
        <w:ind w:left="360"/>
        <w:rPr>
          <w:lang w:val="en-GB"/>
        </w:rPr>
      </w:pPr>
      <w:hyperlink r:id="rId62" w:history="1">
        <w:r w:rsidRPr="002F64E1">
          <w:rPr>
            <w:rStyle w:val="Hyperlink"/>
            <w:lang w:val="en-GB"/>
          </w:rPr>
          <w:t>https://www.linkedin.com/in/wizz-selvey-14915552/</w:t>
        </w:r>
      </w:hyperlink>
    </w:p>
    <w:p w14:paraId="3B92EBAC" w14:textId="14B0358F" w:rsidR="002F64E1" w:rsidRPr="002F64E1" w:rsidRDefault="002F64E1" w:rsidP="002F64E1">
      <w:pPr>
        <w:pStyle w:val="ListBullet"/>
        <w:numPr>
          <w:ilvl w:val="0"/>
          <w:numId w:val="0"/>
        </w:numPr>
        <w:tabs>
          <w:tab w:val="left" w:pos="5148"/>
        </w:tabs>
        <w:ind w:left="360"/>
        <w:rPr>
          <w:lang w:val="en-GB"/>
        </w:rPr>
      </w:pPr>
      <w:hyperlink r:id="rId63" w:history="1">
        <w:r w:rsidRPr="002F64E1">
          <w:rPr>
            <w:rStyle w:val="Hyperlink"/>
            <w:lang w:val="en-GB"/>
          </w:rPr>
          <w:t>https://www.instagram.com/wizzbangwizzy/</w:t>
        </w:r>
      </w:hyperlink>
    </w:p>
    <w:p w14:paraId="29DE0DC6" w14:textId="0E67ED0B" w:rsidR="00E87E88" w:rsidRDefault="00E87E88" w:rsidP="002F64E1">
      <w:pPr>
        <w:pStyle w:val="ListBullet"/>
        <w:numPr>
          <w:ilvl w:val="0"/>
          <w:numId w:val="0"/>
        </w:numPr>
        <w:tabs>
          <w:tab w:val="left" w:pos="5148"/>
        </w:tabs>
        <w:ind w:left="360"/>
      </w:pPr>
    </w:p>
    <w:p w14:paraId="4D6EC4EC" w14:textId="77777777" w:rsidR="00DB633D" w:rsidRDefault="00DB633D"/>
    <w:sectPr w:rsidR="00DB633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5E6600C"/>
    <w:multiLevelType w:val="multilevel"/>
    <w:tmpl w:val="0CCAF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1349169">
    <w:abstractNumId w:val="8"/>
  </w:num>
  <w:num w:numId="2" w16cid:durableId="569660930">
    <w:abstractNumId w:val="6"/>
  </w:num>
  <w:num w:numId="3" w16cid:durableId="1036853384">
    <w:abstractNumId w:val="5"/>
  </w:num>
  <w:num w:numId="4" w16cid:durableId="1020937329">
    <w:abstractNumId w:val="4"/>
  </w:num>
  <w:num w:numId="5" w16cid:durableId="779035884">
    <w:abstractNumId w:val="7"/>
  </w:num>
  <w:num w:numId="6" w16cid:durableId="1279263416">
    <w:abstractNumId w:val="3"/>
  </w:num>
  <w:num w:numId="7" w16cid:durableId="974681563">
    <w:abstractNumId w:val="2"/>
  </w:num>
  <w:num w:numId="8" w16cid:durableId="1869416450">
    <w:abstractNumId w:val="1"/>
  </w:num>
  <w:num w:numId="9" w16cid:durableId="1374696942">
    <w:abstractNumId w:val="0"/>
  </w:num>
  <w:num w:numId="10" w16cid:durableId="9939516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5590"/>
    <w:rsid w:val="00034616"/>
    <w:rsid w:val="0006063C"/>
    <w:rsid w:val="00087EF5"/>
    <w:rsid w:val="0015074B"/>
    <w:rsid w:val="0029639D"/>
    <w:rsid w:val="002F64E1"/>
    <w:rsid w:val="00326F90"/>
    <w:rsid w:val="005479C0"/>
    <w:rsid w:val="00915374"/>
    <w:rsid w:val="009E140E"/>
    <w:rsid w:val="00AA1D8D"/>
    <w:rsid w:val="00B47730"/>
    <w:rsid w:val="00CB0664"/>
    <w:rsid w:val="00DB633D"/>
    <w:rsid w:val="00E143CF"/>
    <w:rsid w:val="00E34F81"/>
    <w:rsid w:val="00E87E8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233114"/>
  <w14:defaultImageDpi w14:val="300"/>
  <w15:docId w15:val="{B655B85E-CDC2-4498-84D8-06A9DEFAC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DB633D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B63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6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mzn.to/46xqrDP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www.jesskasriel.com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s://www.eventbrite.co.uk/o/pilar-sifas-obiol-77134698563" TargetMode="External"/><Relationship Id="rId50" Type="http://schemas.openxmlformats.org/officeDocument/2006/relationships/hyperlink" Target="https://www.instagram.com/rivawellness/" TargetMode="External"/><Relationship Id="rId55" Type="http://schemas.openxmlformats.org/officeDocument/2006/relationships/image" Target="media/image17.jpeg"/><Relationship Id="rId63" Type="http://schemas.openxmlformats.org/officeDocument/2006/relationships/hyperlink" Target="https://www.instagram.com/wizzbangwizzy/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in/chris-ward-8b045974/" TargetMode="External"/><Relationship Id="rId29" Type="http://schemas.openxmlformats.org/officeDocument/2006/relationships/hyperlink" Target="https://www.mwhealth.co.uk/moon-astrology--harnessing-the/" TargetMode="External"/><Relationship Id="rId11" Type="http://schemas.openxmlformats.org/officeDocument/2006/relationships/hyperlink" Target="http://www.linkedin.com/in/LiminalAmandaD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9.jpeg"/><Relationship Id="rId37" Type="http://schemas.openxmlformats.org/officeDocument/2006/relationships/hyperlink" Target="mailto:liana@theinspirationspace.co" TargetMode="External"/><Relationship Id="rId40" Type="http://schemas.openxmlformats.org/officeDocument/2006/relationships/hyperlink" Target="http://www.thehealthychain.co.uk/" TargetMode="External"/><Relationship Id="rId45" Type="http://schemas.openxmlformats.org/officeDocument/2006/relationships/hyperlink" Target="mailto:clarity@yourclaritycoaching.com" TargetMode="External"/><Relationship Id="rId53" Type="http://schemas.openxmlformats.org/officeDocument/2006/relationships/hyperlink" Target="https://www.linkedin.com/in/pthakrar/" TargetMode="External"/><Relationship Id="rId58" Type="http://schemas.openxmlformats.org/officeDocument/2006/relationships/hyperlink" Target="https://wearevalerie.com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facebook.com/people/Valerie/61553752936091/" TargetMode="External"/><Relationship Id="rId19" Type="http://schemas.openxmlformats.org/officeDocument/2006/relationships/hyperlink" Target="https://ukasfp.site-ym.com/" TargetMode="External"/><Relationship Id="rId14" Type="http://schemas.openxmlformats.org/officeDocument/2006/relationships/hyperlink" Target="https://www.youtube.com/@chrisward_sfs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insighttimer.com/spiritchild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0.jpeg"/><Relationship Id="rId43" Type="http://schemas.openxmlformats.org/officeDocument/2006/relationships/hyperlink" Target="http://www.nataliemindset.com" TargetMode="External"/><Relationship Id="rId48" Type="http://schemas.openxmlformats.org/officeDocument/2006/relationships/image" Target="media/image15.jpeg"/><Relationship Id="rId56" Type="http://schemas.openxmlformats.org/officeDocument/2006/relationships/image" Target="media/image18.jpeg"/><Relationship Id="rId64" Type="http://schemas.openxmlformats.org/officeDocument/2006/relationships/fontTable" Target="fontTable.xml"/><Relationship Id="rId8" Type="http://schemas.openxmlformats.org/officeDocument/2006/relationships/hyperlink" Target="http://www.liminalconnetions.co.uk/" TargetMode="External"/><Relationship Id="rId51" Type="http://schemas.openxmlformats.org/officeDocument/2006/relationships/hyperlink" Target="https://www.rivawellness.co.uk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chrisward.life/" TargetMode="External"/><Relationship Id="rId25" Type="http://schemas.openxmlformats.org/officeDocument/2006/relationships/hyperlink" Target="http://www.future-woman.com/" TargetMode="External"/><Relationship Id="rId33" Type="http://schemas.openxmlformats.org/officeDocument/2006/relationships/hyperlink" Target="mailto:jess@jesskasriel.com" TargetMode="External"/><Relationship Id="rId38" Type="http://schemas.openxmlformats.org/officeDocument/2006/relationships/hyperlink" Target="http://www.theinspirationspace.co" TargetMode="External"/><Relationship Id="rId46" Type="http://schemas.openxmlformats.org/officeDocument/2006/relationships/hyperlink" Target="http://www.yourclaritycoaching.com/" TargetMode="External"/><Relationship Id="rId59" Type="http://schemas.openxmlformats.org/officeDocument/2006/relationships/hyperlink" Target="https://instagram.com/weare.valerie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www.instagram.com/thehealthychain" TargetMode="External"/><Relationship Id="rId54" Type="http://schemas.openxmlformats.org/officeDocument/2006/relationships/image" Target="media/image16.jpeg"/><Relationship Id="rId62" Type="http://schemas.openxmlformats.org/officeDocument/2006/relationships/hyperlink" Target="https://www.linkedin.com/in/wizz-selvey-14915552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www.facebook.com/profile.php?id=61550779591718" TargetMode="External"/><Relationship Id="rId23" Type="http://schemas.openxmlformats.org/officeDocument/2006/relationships/hyperlink" Target="http://www.facebook.com/" TargetMode="External"/><Relationship Id="rId28" Type="http://schemas.openxmlformats.org/officeDocument/2006/relationships/hyperlink" Target="https://www.mwhealth.co.uk/spirit-dance/" TargetMode="External"/><Relationship Id="rId36" Type="http://schemas.openxmlformats.org/officeDocument/2006/relationships/image" Target="media/image11.jpeg"/><Relationship Id="rId49" Type="http://schemas.openxmlformats.org/officeDocument/2006/relationships/hyperlink" Target="mailto:pri@rivawelness.co.uk" TargetMode="External"/><Relationship Id="rId57" Type="http://schemas.openxmlformats.org/officeDocument/2006/relationships/image" Target="media/image19.jpeg"/><Relationship Id="rId10" Type="http://schemas.openxmlformats.org/officeDocument/2006/relationships/hyperlink" Target="https://www.instagram.com/liminalconnectionsuk/" TargetMode="External"/><Relationship Id="rId31" Type="http://schemas.openxmlformats.org/officeDocument/2006/relationships/hyperlink" Target="https://linktr.ee/phoenixwellness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www.linkedin.com/company/104273319/admin/dashboard/" TargetMode="External"/><Relationship Id="rId60" Type="http://schemas.openxmlformats.org/officeDocument/2006/relationships/hyperlink" Target="https://tiktok.com/@weare.valerie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liminalconnections/" TargetMode="External"/><Relationship Id="rId13" Type="http://schemas.openxmlformats.org/officeDocument/2006/relationships/hyperlink" Target="https://www.instagram.com/chrisward_sfs/" TargetMode="External"/><Relationship Id="rId18" Type="http://schemas.openxmlformats.org/officeDocument/2006/relationships/hyperlink" Target="https://keepcalmandsolutionfocused.com/" TargetMode="External"/><Relationship Id="rId3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1814</Words>
  <Characters>10343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Martyna Mas</cp:lastModifiedBy>
  <cp:revision>3</cp:revision>
  <dcterms:created xsi:type="dcterms:W3CDTF">2013-12-23T23:15:00Z</dcterms:created>
  <dcterms:modified xsi:type="dcterms:W3CDTF">2025-04-30T14:02:00Z</dcterms:modified>
  <cp:category/>
</cp:coreProperties>
</file>